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2A4A"/>
          <w:sz w:val="44"/>
        </w:rPr>
        <w:t>Canada Visitor Visa Cover Letter Template</w:t>
      </w:r>
    </w:p>
    <w:p>
      <w:r>
        <w:rPr>
          <w:i/>
          <w:color w:val="555555"/>
          <w:sz w:val="22"/>
        </w:rPr>
        <w:t>Professional cover letter for Canadian Temporary Resident Visa (TRV) applications. Suitable for tourism, family visits, and business trips to Canada.</w:t>
      </w:r>
    </w:p>
    <w:p>
      <w:r>
        <w:rPr>
          <w:b/>
          <w:color w:val="0D9488"/>
          <w:sz w:val="18"/>
        </w:rPr>
        <w:t>Provided free by MyDummyTicket.com — Trusted by 50,000+ travellers worldwide</w:t>
      </w:r>
    </w:p>
    <w:p/>
    <w:p>
      <w:pPr>
        <w:pStyle w:val="Heading2"/>
      </w:pPr>
      <w:r>
        <w:rPr>
          <w:color w:val="0F2A4A"/>
        </w:rPr>
        <w:t>How to Use This Template</w:t>
      </w:r>
    </w:p>
    <w:p>
      <w:pPr>
        <w:spacing w:after="160"/>
      </w:pPr>
      <w:r>
        <w:t>This template follows the format recommended for Canadian visa applications through IRCC (Immigration, Refugees and Citizenship Canada). Replace all [bracketed text] with your personal details. The cover letter should be included with your online application or submitted at the visa application centre.</w:t>
      </w:r>
    </w:p>
    <w:p>
      <w:pPr>
        <w:pStyle w:val="ListBullet"/>
      </w:pPr>
      <w:r>
        <w:t>Replace all [bracketed text] with your actual information</w:t>
      </w:r>
    </w:p>
    <w:p>
      <w:pPr>
        <w:pStyle w:val="ListBullet"/>
      </w:pPr>
      <w:r>
        <w:t>Delete sections that don't apply to your situation</w:t>
      </w:r>
    </w:p>
    <w:p>
      <w:pPr>
        <w:pStyle w:val="ListBullet"/>
      </w:pPr>
      <w:r>
        <w:t>Be factual and concise — Canadian visa officers prefer clear, straightforward letters</w:t>
      </w:r>
    </w:p>
    <w:p>
      <w:pPr>
        <w:pStyle w:val="ListBullet"/>
      </w:pPr>
      <w:r>
        <w:t>Sign and date the final printed version</w:t>
      </w:r>
    </w:p>
    <w:p/>
    <w:p>
      <w:pPr>
        <w:pStyle w:val="Heading2"/>
      </w:pPr>
      <w:r>
        <w:rPr>
          <w:color w:val="0F2A4A"/>
        </w:rPr>
        <w:t>Cover Letter — Begin Below</w:t>
      </w:r>
    </w:p>
    <w:p/>
    <w:p>
      <w:r>
        <w:rPr>
          <w:b/>
          <w:sz w:val="22"/>
        </w:rPr>
        <w:t xml:space="preserve">Your Full Name: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Your Address: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City, Province/State, Postal Code, Country: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Phone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Email Address: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[DD Month YYYY]</w:t>
      </w:r>
    </w:p>
    <w:p>
      <w:r>
        <w:rPr>
          <w:b/>
          <w:sz w:val="22"/>
        </w:rPr>
        <w:t xml:space="preserve">UCI Number (if available): </w:t>
      </w:r>
      <w:r>
        <w:rPr>
          <w:i/>
          <w:color w:val="888888"/>
          <w:sz w:val="22"/>
        </w:rPr>
        <w:t>[Your UCI]</w:t>
      </w:r>
    </w:p>
    <w:p/>
    <w:p>
      <w:r>
        <w:rPr>
          <w:b/>
        </w:rPr>
        <w:t>To:</w:t>
      </w:r>
    </w:p>
    <w:p>
      <w:pPr>
        <w:spacing w:after="160"/>
      </w:pPr>
      <w:r>
        <w:t>Visa Officer</w:t>
        <w:br/>
        <w:t>Immigration, Refugees and Citizenship Canada (IRCC)</w:t>
        <w:br/>
        <w:t>[Embassy/Consulate Address]</w:t>
        <w:br/>
        <w:t>[City, Country]</w:t>
      </w:r>
    </w:p>
    <w:p/>
    <w:p>
      <w:r>
        <w:rPr>
          <w:b/>
        </w:rPr>
        <w:t>Subject: Application for Temporary Resident Visa — Visitor</w:t>
      </w:r>
    </w:p>
    <w:p/>
    <w:p>
      <w:pPr>
        <w:spacing w:after="160"/>
      </w:pPr>
      <w:r>
        <w:t>Dear Visa Officer,</w:t>
      </w:r>
    </w:p>
    <w:p/>
    <w:p>
      <w:pPr>
        <w:spacing w:after="160"/>
      </w:pPr>
      <w:r>
        <w:t>I am writing to support my application for a Canadian Temporary Resident Visa (Visitor). I wish to visit Canada from [Arrival Date] to [Departure Date] for the purpose of [tourism/visiting family/attending a business meeting/attending a conference].</w:t>
      </w:r>
    </w:p>
    <w:p>
      <w:pPr>
        <w:pStyle w:val="Heading3"/>
      </w:pPr>
      <w:r>
        <w:rPr>
          <w:color w:val="1A3A5C"/>
        </w:rPr>
        <w:t>About Me</w:t>
      </w:r>
    </w:p>
    <w:p>
      <w:pPr>
        <w:spacing w:after="160"/>
      </w:pPr>
      <w:r>
        <w:t>I am a citizen of [Country], aged [Age], residing at the address above. I am currently employed as [Job Title] at [Company Name], where I have been working since [Date]. My annual income is approximately [Amount] [Currency]. I am [married/single] and [have X children / have no dependants].</w:t>
      </w:r>
    </w:p>
    <w:p>
      <w:pPr>
        <w:pStyle w:val="Heading3"/>
      </w:pPr>
      <w:r>
        <w:rPr>
          <w:color w:val="1A3A5C"/>
        </w:rPr>
        <w:t>Purpose of Visit</w:t>
      </w:r>
    </w:p>
    <w:p>
      <w:pPr>
        <w:spacing w:after="160"/>
      </w:pPr>
      <w:r>
        <w:t>[For Tourism]: I have always wished to visit Canada and explore its natural beauty. My planned itinerary includes visiting [City 1], [City 2], and [City 3]. I plan to [specific activities — visit Niagara Falls, explore the Rocky Mountains, see Toronto, etc.]. I have booked accommodation at [Hotel/Airbnb details].</w:t>
      </w:r>
    </w:p>
    <w:p>
      <w:pPr>
        <w:spacing w:after="160"/>
      </w:pPr>
      <w:r>
        <w:t>[For Family Visit]: I wish to visit my [relationship — brother/sister/aunt/friend], [Name], who resides at [Full Address in Canada]. [He/She] is a [Canadian citizen / permanent resident / work permit holder]. I have enclosed [his/her] invitation letter and proof of status.</w:t>
      </w:r>
    </w:p>
    <w:p>
      <w:pPr>
        <w:spacing w:after="160"/>
      </w:pPr>
      <w:r>
        <w:t>[For Business]: I have been invited by [Canadian Company Name] to attend [meeting/conference/training] from [Date] to [Date] at [Venue]. Please find the invitation letter from [Company Name] enclosed.</w:t>
      </w:r>
    </w:p>
    <w:p>
      <w:pPr>
        <w:pStyle w:val="Heading3"/>
      </w:pPr>
      <w:r>
        <w:rPr>
          <w:color w:val="1A3A5C"/>
        </w:rPr>
        <w:t>Travel Details</w:t>
      </w:r>
    </w:p>
    <w:p>
      <w:pPr>
        <w:pStyle w:val="ListBullet"/>
      </w:pPr>
      <w:r>
        <w:t>Departure: [Date] — [Airline] from [City] to [Canadian City]</w:t>
      </w:r>
    </w:p>
    <w:p>
      <w:pPr>
        <w:pStyle w:val="ListBullet"/>
      </w:pPr>
      <w:r>
        <w:t>Accommodation: [Hotel Name / Host Address] — [Number] nights</w:t>
      </w:r>
    </w:p>
    <w:p>
      <w:pPr>
        <w:pStyle w:val="ListBullet"/>
      </w:pPr>
      <w:r>
        <w:t>Return: [Date] — [Airline] from [Canadian City] to [Home City]</w:t>
      </w:r>
    </w:p>
    <w:p>
      <w:pPr>
        <w:pStyle w:val="ListBullet"/>
      </w:pPr>
      <w:r>
        <w:t>Total duration: [Number] days</w:t>
      </w:r>
    </w:p>
    <w:p>
      <w:pPr>
        <w:pStyle w:val="Heading3"/>
      </w:pPr>
      <w:r>
        <w:rPr>
          <w:color w:val="1A3A5C"/>
        </w:rPr>
        <w:t>Financial Capacity</w:t>
      </w:r>
    </w:p>
    <w:p>
      <w:pPr>
        <w:spacing w:after="160"/>
      </w:pPr>
      <w:r>
        <w:t>I am financially capable of supporting myself during this trip. My bank statements (enclosed) show a balance of [Amount] [Currency]. I also earn a monthly salary of [Amount] [Currency]. The estimated cost of this trip is [Amount], which I can comfortably afford.</w:t>
      </w:r>
    </w:p>
    <w:p>
      <w:pPr>
        <w:spacing w:after="160"/>
      </w:pPr>
      <w:r>
        <w:t>[If Sponsored]: My trip is being financially supported by [Sponsor Name], who is my [relationship]. [His/Her] financial documents are enclosed with this application.</w:t>
      </w:r>
    </w:p>
    <w:p>
      <w:pPr>
        <w:pStyle w:val="Heading3"/>
      </w:pPr>
      <w:r>
        <w:rPr>
          <w:color w:val="1A3A5C"/>
        </w:rPr>
        <w:t>Ties to Home Country</w:t>
      </w:r>
    </w:p>
    <w:p>
      <w:pPr>
        <w:spacing w:after="160"/>
      </w:pPr>
      <w:r>
        <w:t>I have strong ties to [Home Country] and will return at the end of my visit:</w:t>
      </w:r>
    </w:p>
    <w:p>
      <w:pPr>
        <w:pStyle w:val="ListBullet"/>
      </w:pPr>
      <w:r>
        <w:t>Full-time permanent employment at [Company Name]</w:t>
      </w:r>
    </w:p>
    <w:p>
      <w:pPr>
        <w:pStyle w:val="ListBullet"/>
      </w:pPr>
      <w:r>
        <w:t>My [spouse/children/parents] reside in [City, Country]</w:t>
      </w:r>
    </w:p>
    <w:p>
      <w:pPr>
        <w:pStyle w:val="ListBullet"/>
      </w:pPr>
      <w:r>
        <w:t>[Property/business ownership in home country]</w:t>
      </w:r>
    </w:p>
    <w:p>
      <w:pPr>
        <w:pStyle w:val="ListBullet"/>
      </w:pPr>
      <w:r>
        <w:t>Approved leave from [Date] to [Date] — I am expected back at work on [Date]</w:t>
      </w:r>
    </w:p>
    <w:p>
      <w:pPr>
        <w:pStyle w:val="Heading3"/>
      </w:pPr>
      <w:r>
        <w:rPr>
          <w:color w:val="1A3A5C"/>
        </w:rPr>
        <w:t>Travel History</w:t>
      </w:r>
    </w:p>
    <w:p>
      <w:pPr>
        <w:spacing w:after="160"/>
      </w:pPr>
      <w:r>
        <w:t>I have previously travelled to the following countries:</w:t>
      </w:r>
    </w:p>
    <w:p>
      <w:pPr>
        <w:pStyle w:val="ListBullet"/>
      </w:pPr>
      <w:r>
        <w:t>[Country 1] — [Year] — [Visa type] — returned on time</w:t>
      </w:r>
    </w:p>
    <w:p>
      <w:pPr>
        <w:pStyle w:val="ListBullet"/>
      </w:pPr>
      <w:r>
        <w:t>[Country 2] — [Year] — [Visa type] — returned on time</w:t>
      </w:r>
    </w:p>
    <w:p>
      <w:pPr>
        <w:pStyle w:val="ListBullet"/>
      </w:pPr>
      <w:r>
        <w:t>[Country 3] — [Year] — [Visa type] — returned on time</w:t>
      </w:r>
    </w:p>
    <w:p>
      <w:pPr>
        <w:spacing w:after="160"/>
      </w:pPr>
      <w:r>
        <w:t>[If no travel history]: This will be my first international trip. I have carefully planned my visit and have all necessary arrangements in place.</w:t>
      </w:r>
    </w:p>
    <w:p>
      <w:pPr>
        <w:pStyle w:val="Heading3"/>
      </w:pPr>
      <w:r>
        <w:rPr>
          <w:color w:val="1A3A5C"/>
        </w:rPr>
        <w:t>Enclosed Documents</w:t>
      </w:r>
    </w:p>
    <w:p>
      <w:pPr>
        <w:pStyle w:val="ListNumber"/>
      </w:pPr>
      <w:r>
        <w:t>Valid passport (original + bio page copy)</w:t>
      </w:r>
    </w:p>
    <w:p>
      <w:pPr>
        <w:pStyle w:val="ListNumber"/>
      </w:pPr>
      <w:r>
        <w:t>Two passport-sized photographs</w:t>
      </w:r>
    </w:p>
    <w:p>
      <w:pPr>
        <w:pStyle w:val="ListNumber"/>
      </w:pPr>
      <w:r>
        <w:t>Completed IMM 5257 application form</w:t>
      </w:r>
    </w:p>
    <w:p>
      <w:pPr>
        <w:pStyle w:val="ListNumber"/>
      </w:pPr>
      <w:r>
        <w:t>Flight reservation / itinerary</w:t>
      </w:r>
    </w:p>
    <w:p>
      <w:pPr>
        <w:pStyle w:val="ListNumber"/>
      </w:pPr>
      <w:r>
        <w:t>Hotel booking confirmations</w:t>
      </w:r>
    </w:p>
    <w:p>
      <w:pPr>
        <w:pStyle w:val="ListNumber"/>
      </w:pPr>
      <w:r>
        <w:t>Bank statements (last 6 months)</w:t>
      </w:r>
    </w:p>
    <w:p>
      <w:pPr>
        <w:pStyle w:val="ListNumber"/>
      </w:pPr>
      <w:r>
        <w:t>Employment letter with salary details</w:t>
      </w:r>
    </w:p>
    <w:p>
      <w:pPr>
        <w:pStyle w:val="ListNumber"/>
      </w:pPr>
      <w:r>
        <w:t>Income tax returns (last 2 years)</w:t>
      </w:r>
    </w:p>
    <w:p>
      <w:pPr>
        <w:pStyle w:val="ListNumber"/>
      </w:pPr>
      <w:r>
        <w:t>Travel insurance policy</w:t>
      </w:r>
    </w:p>
    <w:p>
      <w:pPr>
        <w:pStyle w:val="ListNumber"/>
      </w:pPr>
      <w:r>
        <w:t>[Invitation letter from host in Canada]</w:t>
      </w:r>
    </w:p>
    <w:p>
      <w:pPr>
        <w:pStyle w:val="ListNumber"/>
      </w:pPr>
      <w:r>
        <w:t>[Sponsor's financial documents]</w:t>
      </w:r>
    </w:p>
    <w:p>
      <w:pPr>
        <w:pStyle w:val="ListNumber"/>
      </w:pPr>
      <w:r>
        <w:t>Previous visa copies</w:t>
      </w:r>
    </w:p>
    <w:p/>
    <w:p>
      <w:pPr>
        <w:spacing w:after="160"/>
      </w:pPr>
      <w:r>
        <w:t>I respectfully request you to approve my visitor visa application. I assure you that I will comply with all visa conditions and return to [Home Country] before the expiry of my authorised stay.</w:t>
      </w:r>
    </w:p>
    <w:p>
      <w:pPr>
        <w:spacing w:after="160"/>
      </w:pPr>
      <w:r>
        <w:t>Thank you for your time and consideration.</w:t>
      </w:r>
    </w:p>
    <w:p/>
    <w:p>
      <w:pPr>
        <w:spacing w:after="160"/>
      </w:pPr>
      <w:r>
        <w:t>Sincerely,</w:t>
      </w:r>
    </w:p>
    <w:p/>
    <w:p>
      <w:r>
        <w:rPr>
          <w:b/>
          <w:sz w:val="22"/>
        </w:rPr>
        <w:t xml:space="preserve">Signature: </w:t>
      </w:r>
      <w:r>
        <w:rPr>
          <w:i/>
          <w:color w:val="888888"/>
          <w:sz w:val="22"/>
        </w:rPr>
        <w:t>[Sign here]</w:t>
      </w:r>
    </w:p>
    <w:p>
      <w:r>
        <w:rPr>
          <w:b/>
          <w:sz w:val="22"/>
        </w:rPr>
        <w:t xml:space="preserve">Full Name: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[Enter here]</w:t>
      </w:r>
    </w:p>
    <w:p/>
    <w:p>
      <w:r>
        <w:t>————————————————————————————————————————</w:t>
      </w:r>
    </w:p>
    <w:p>
      <w:r>
        <w:rPr>
          <w:color w:val="0D9488"/>
          <w:sz w:val="18"/>
        </w:rPr>
        <w:t>This template is provided free of charge by MyDummyTicket.com</w:t>
        <w:br/>
      </w:r>
      <w:r>
        <w:rPr>
          <w:color w:val="555555"/>
          <w:sz w:val="18"/>
        </w:rPr>
        <w:t>Need a verifiable flight reservation for your visa? Visit https://mydummyticket.com</w:t>
        <w:br/>
      </w:r>
      <w:r>
        <w:rPr>
          <w:i/>
          <w:color w:val="AAAAAA"/>
          <w:sz w:val="16"/>
        </w:rPr>
        <w:t>Disclaimer: This template is for guidance only. Requirements vary by embassy and country. Always verify current requirements with the specific consulate or embassy you are applying 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