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2A4A"/>
          <w:sz w:val="44"/>
        </w:rPr>
        <w:t>Employment &amp; Leave Approval Letter Template</w:t>
      </w:r>
    </w:p>
    <w:p>
      <w:r>
        <w:rPr>
          <w:i/>
          <w:color w:val="555555"/>
          <w:sz w:val="22"/>
        </w:rPr>
        <w:t>Professional letter template for employers to confirm employment status, salary, and approved leave for an employee's visa application.</w:t>
      </w:r>
    </w:p>
    <w:p>
      <w:r>
        <w:rPr>
          <w:b/>
          <w:color w:val="0D9488"/>
          <w:sz w:val="18"/>
        </w:rPr>
        <w:t>Provided free by MyDummyTicket.com — Trusted by 50,000+ travellers worldwide</w:t>
      </w:r>
    </w:p>
    <w:p/>
    <w:p>
      <w:pPr>
        <w:pStyle w:val="Heading2"/>
      </w:pPr>
      <w:r>
        <w:rPr>
          <w:color w:val="0F2A4A"/>
        </w:rPr>
        <w:t>How to Use This Template</w:t>
      </w:r>
    </w:p>
    <w:p>
      <w:pPr>
        <w:spacing w:after="160"/>
      </w:pPr>
      <w:r>
        <w:t>This letter should be prepared by your employer's HR department or a senior manager. It confirms your employment details and that you have been granted leave for your trip. This is one of the most important documents for any visa application, as it demonstrates both your financial stability and your reason to return home.</w:t>
      </w:r>
    </w:p>
    <w:p>
      <w:pPr>
        <w:pStyle w:val="ListBullet"/>
      </w:pPr>
      <w:r>
        <w:t>Print on official company letterhead</w:t>
      </w:r>
    </w:p>
    <w:p>
      <w:pPr>
        <w:pStyle w:val="ListBullet"/>
      </w:pPr>
      <w:r>
        <w:t>Must be signed by an authorised person (HR Manager, Director, or CEO)</w:t>
      </w:r>
    </w:p>
    <w:p>
      <w:pPr>
        <w:pStyle w:val="ListBullet"/>
      </w:pPr>
      <w:r>
        <w:t>Include a company stamp or seal where possible</w:t>
      </w:r>
    </w:p>
    <w:p>
      <w:pPr>
        <w:pStyle w:val="ListBullet"/>
      </w:pPr>
      <w:r>
        <w:t>Date the letter within 2 weeks of your visa application submission</w:t>
      </w:r>
    </w:p>
    <w:p>
      <w:pPr>
        <w:pStyle w:val="ListBullet"/>
      </w:pPr>
      <w:r>
        <w:t>Ensure salary figures match your payslips and bank statements</w:t>
      </w:r>
    </w:p>
    <w:p/>
    <w:p>
      <w:pPr>
        <w:pStyle w:val="Heading2"/>
      </w:pPr>
      <w:r>
        <w:rPr>
          <w:color w:val="0F2A4A"/>
        </w:rPr>
        <w:t>Letter Template — Begin Below</w:t>
      </w:r>
    </w:p>
    <w:p/>
    <w:p>
      <w:r>
        <w:rPr>
          <w:b/>
        </w:rPr>
        <w:t>[COMPANY LETTERHEAD]</w:t>
      </w:r>
    </w:p>
    <w:p/>
    <w:p>
      <w:r>
        <w:rPr>
          <w:b/>
          <w:sz w:val="22"/>
        </w:rPr>
        <w:t xml:space="preserve">Company Name: </w:t>
      </w:r>
      <w:r>
        <w:rPr>
          <w:i/>
          <w:color w:val="888888"/>
          <w:sz w:val="22"/>
        </w:rPr>
        <w:t>[Enter here]</w:t>
      </w:r>
    </w:p>
    <w:p>
      <w:r>
        <w:rPr>
          <w:b/>
          <w:sz w:val="22"/>
        </w:rPr>
        <w:t xml:space="preserve">Company Registration Number: </w:t>
      </w:r>
      <w:r>
        <w:rPr>
          <w:i/>
          <w:color w:val="888888"/>
          <w:sz w:val="22"/>
        </w:rPr>
        <w:t>[Enter here]</w:t>
      </w:r>
    </w:p>
    <w:p>
      <w:r>
        <w:rPr>
          <w:b/>
          <w:sz w:val="22"/>
        </w:rPr>
        <w:t xml:space="preserve">Company Address: </w:t>
      </w:r>
      <w:r>
        <w:rPr>
          <w:i/>
          <w:color w:val="888888"/>
          <w:sz w:val="22"/>
        </w:rPr>
        <w:t>[Enter here]</w:t>
      </w:r>
    </w:p>
    <w:p>
      <w:r>
        <w:rPr>
          <w:b/>
          <w:sz w:val="22"/>
        </w:rPr>
        <w:t xml:space="preserve">Company Phone Number: </w:t>
      </w:r>
      <w:r>
        <w:rPr>
          <w:i/>
          <w:color w:val="888888"/>
          <w:sz w:val="22"/>
        </w:rPr>
        <w:t>[Enter here]</w:t>
      </w:r>
    </w:p>
    <w:p>
      <w:r>
        <w:rPr>
          <w:b/>
          <w:sz w:val="22"/>
        </w:rPr>
        <w:t xml:space="preserve">Company Email / Website: </w:t>
      </w:r>
      <w:r>
        <w:rPr>
          <w:i/>
          <w:color w:val="888888"/>
          <w:sz w:val="22"/>
        </w:rPr>
        <w:t>[Enter here]</w:t>
      </w:r>
    </w:p>
    <w:p>
      <w:r>
        <w:rPr>
          <w:b/>
          <w:sz w:val="22"/>
        </w:rPr>
        <w:t xml:space="preserve">Date: </w:t>
      </w:r>
      <w:r>
        <w:rPr>
          <w:i/>
          <w:color w:val="888888"/>
          <w:sz w:val="22"/>
        </w:rPr>
        <w:t>[DD Month YYYY]</w:t>
      </w:r>
    </w:p>
    <w:p>
      <w:r>
        <w:rPr>
          <w:b/>
          <w:sz w:val="22"/>
        </w:rPr>
        <w:t xml:space="preserve">Reference Number: </w:t>
      </w:r>
      <w:r>
        <w:rPr>
          <w:i/>
          <w:color w:val="888888"/>
          <w:sz w:val="22"/>
        </w:rPr>
        <w:t>[HR/2026/XXX]</w:t>
      </w:r>
    </w:p>
    <w:p/>
    <w:p>
      <w:r>
        <w:rPr>
          <w:b/>
        </w:rPr>
        <w:t>To Whom It May Concern,</w:t>
      </w:r>
    </w:p>
    <w:p/>
    <w:p>
      <w:r>
        <w:rPr>
          <w:b/>
        </w:rPr>
        <w:t>Subject: Employment Verification and Leave Approval for [Employee Full Name]</w:t>
      </w:r>
    </w:p>
    <w:p/>
    <w:p>
      <w:pPr>
        <w:spacing w:after="160"/>
      </w:pPr>
      <w:r>
        <w:t>This letter is issued at the request of our employee, [Employee Full Name], to support [his/her/their] visa application for travel to [Destination Country/Countries].</w:t>
      </w:r>
    </w:p>
    <w:p>
      <w:pPr>
        <w:pStyle w:val="Heading3"/>
      </w:pPr>
      <w:r>
        <w:rPr>
          <w:color w:val="1A3A5C"/>
        </w:rPr>
        <w:t>Employment Details</w:t>
      </w:r>
    </w:p>
    <w:p>
      <w:pPr>
        <w:spacing w:after="160"/>
      </w:pPr>
      <w:r>
        <w:t>We hereby confirm the following employment details:</w:t>
      </w:r>
    </w:p>
    <w:p>
      <w:pPr>
        <w:pStyle w:val="ListBullet"/>
      </w:pPr>
      <w:r>
        <w:t>Full Name: [Employee Full Name as on Passport]</w:t>
      </w:r>
    </w:p>
    <w:p>
      <w:pPr>
        <w:pStyle w:val="ListBullet"/>
      </w:pPr>
      <w:r>
        <w:t>Date of Birth: [DD/MM/YYYY]</w:t>
      </w:r>
    </w:p>
    <w:p>
      <w:pPr>
        <w:pStyle w:val="ListBullet"/>
      </w:pPr>
      <w:r>
        <w:t>Passport Number: [Passport Number]</w:t>
      </w:r>
    </w:p>
    <w:p>
      <w:pPr>
        <w:pStyle w:val="ListBullet"/>
      </w:pPr>
      <w:r>
        <w:t>Job Title / Designation: [Job Title]</w:t>
      </w:r>
    </w:p>
    <w:p>
      <w:pPr>
        <w:pStyle w:val="ListBullet"/>
      </w:pPr>
      <w:r>
        <w:t>Department: [Department Name]</w:t>
      </w:r>
    </w:p>
    <w:p>
      <w:pPr>
        <w:pStyle w:val="ListBullet"/>
      </w:pPr>
      <w:r>
        <w:t>Date of Joining: [DD/MM/YYYY]</w:t>
      </w:r>
    </w:p>
    <w:p>
      <w:pPr>
        <w:pStyle w:val="ListBullet"/>
      </w:pPr>
      <w:r>
        <w:t>Employment Type: [Full-time / Part-time / Contract]</w:t>
      </w:r>
    </w:p>
    <w:p>
      <w:pPr>
        <w:pStyle w:val="ListBullet"/>
      </w:pPr>
      <w:r>
        <w:t>Employment Status: [Permanent / Probationary / Fixed-term]</w:t>
      </w:r>
    </w:p>
    <w:p>
      <w:pPr>
        <w:pStyle w:val="Heading3"/>
      </w:pPr>
      <w:r>
        <w:rPr>
          <w:color w:val="1A3A5C"/>
        </w:rPr>
        <w:t>Salary &amp; Compensation</w:t>
      </w:r>
    </w:p>
    <w:p>
      <w:pPr>
        <w:pStyle w:val="ListBullet"/>
      </w:pPr>
      <w:r>
        <w:t>Gross Monthly Salary: [Amount] [Currency]</w:t>
      </w:r>
    </w:p>
    <w:p>
      <w:pPr>
        <w:pStyle w:val="ListBullet"/>
      </w:pPr>
      <w:r>
        <w:t>Net Monthly Salary: [Amount] [Currency]</w:t>
      </w:r>
    </w:p>
    <w:p>
      <w:pPr>
        <w:pStyle w:val="ListBullet"/>
      </w:pPr>
      <w:r>
        <w:t>Annual Gross Salary: [Amount] [Currency]</w:t>
      </w:r>
    </w:p>
    <w:p>
      <w:pPr>
        <w:pStyle w:val="ListBullet"/>
      </w:pPr>
      <w:r>
        <w:t>Additional Benefits: [Health insurance, housing allowance, transport, etc.]</w:t>
      </w:r>
    </w:p>
    <w:p>
      <w:pPr>
        <w:pStyle w:val="Heading3"/>
      </w:pPr>
      <w:r>
        <w:rPr>
          <w:color w:val="1A3A5C"/>
        </w:rPr>
        <w:t>Leave Approval</w:t>
      </w:r>
    </w:p>
    <w:p>
      <w:pPr>
        <w:spacing w:after="160"/>
      </w:pPr>
      <w:r>
        <w:t>[Employee Full Name] has been granted approved leave from [Leave Start Date] to [Leave End Date] ([Total Number of Days] working days) for the purpose of personal travel to [Destination Country/Countries].</w:t>
      </w:r>
    </w:p>
    <w:p>
      <w:pPr>
        <w:spacing w:after="160"/>
      </w:pPr>
      <w:r>
        <w:t>[He/She/They] is expected to resume duties on [Return to Work Date]. We confirm that [his/her/their] position will be held and all employment terms will remain unchanged during this period of absence.</w:t>
      </w:r>
    </w:p>
    <w:p>
      <w:pPr>
        <w:pStyle w:val="Heading3"/>
      </w:pPr>
      <w:r>
        <w:rPr>
          <w:color w:val="1A3A5C"/>
        </w:rPr>
        <w:t>Confirmation</w:t>
      </w:r>
    </w:p>
    <w:p>
      <w:pPr>
        <w:spacing w:after="160"/>
      </w:pPr>
      <w:r>
        <w:t>[Employee Full Name] holds a valued and permanent position within our organisation. We fully support [his/her/their] travel plans and are confident that [he/she/they] will return to [his/her/their] duties at the conclusion of [his/her/their] trip.</w:t>
      </w:r>
    </w:p>
    <w:p>
      <w:pPr>
        <w:spacing w:after="160"/>
      </w:pPr>
      <w:r>
        <w:t>We take full responsibility for the accuracy of the information provided in this letter. Should you require any further verification or clarification, please do not hesitate to contact the undersigned.</w:t>
      </w:r>
    </w:p>
    <w:p/>
    <w:p>
      <w:pPr>
        <w:spacing w:after="160"/>
      </w:pPr>
      <w:r>
        <w:t>Yours faithfully,</w:t>
      </w:r>
    </w:p>
    <w:p/>
    <w:p/>
    <w:p>
      <w:r>
        <w:rPr>
          <w:b/>
          <w:sz w:val="22"/>
        </w:rPr>
        <w:t xml:space="preserve">Authorised Signatory Name: </w:t>
      </w:r>
      <w:r>
        <w:rPr>
          <w:i/>
          <w:color w:val="888888"/>
          <w:sz w:val="22"/>
        </w:rPr>
        <w:t>[Enter here]</w:t>
      </w:r>
    </w:p>
    <w:p>
      <w:r>
        <w:rPr>
          <w:b/>
          <w:sz w:val="22"/>
        </w:rPr>
        <w:t xml:space="preserve">Designation / Title: </w:t>
      </w:r>
      <w:r>
        <w:rPr>
          <w:i/>
          <w:color w:val="888888"/>
          <w:sz w:val="22"/>
        </w:rPr>
        <w:t>[Enter here]</w:t>
      </w:r>
    </w:p>
    <w:p>
      <w:r>
        <w:rPr>
          <w:b/>
          <w:sz w:val="22"/>
        </w:rPr>
        <w:t xml:space="preserve">Direct Phone Number: </w:t>
      </w:r>
      <w:r>
        <w:rPr>
          <w:i/>
          <w:color w:val="888888"/>
          <w:sz w:val="22"/>
        </w:rPr>
        <w:t>[Enter here]</w:t>
      </w:r>
    </w:p>
    <w:p>
      <w:r>
        <w:rPr>
          <w:b/>
          <w:sz w:val="22"/>
        </w:rPr>
        <w:t xml:space="preserve">Email Address: </w:t>
      </w:r>
      <w:r>
        <w:rPr>
          <w:i/>
          <w:color w:val="888888"/>
          <w:sz w:val="22"/>
        </w:rPr>
        <w:t>[Enter here]</w:t>
      </w:r>
    </w:p>
    <w:p>
      <w:r>
        <w:rPr>
          <w:b/>
          <w:sz w:val="22"/>
        </w:rPr>
        <w:t xml:space="preserve">Company Stamp / Seal: </w:t>
      </w:r>
      <w:r>
        <w:rPr>
          <w:i/>
          <w:color w:val="888888"/>
          <w:sz w:val="22"/>
        </w:rPr>
        <w:t>[Affix here]</w:t>
      </w:r>
    </w:p>
    <w:p/>
    <w:p>
      <w:pPr>
        <w:pStyle w:val="Heading2"/>
      </w:pPr>
      <w:r>
        <w:rPr>
          <w:color w:val="0D9488"/>
        </w:rPr>
        <w:t>Important Notes for Employers</w:t>
      </w:r>
    </w:p>
    <w:p>
      <w:pPr>
        <w:pStyle w:val="ListBullet"/>
      </w:pPr>
      <w:r>
        <w:t>This letter must be printed on official company letterhead</w:t>
      </w:r>
    </w:p>
    <w:p>
      <w:pPr>
        <w:pStyle w:val="ListBullet"/>
      </w:pPr>
      <w:r>
        <w:t>The signatory should be a senior manager, HR director, or company director</w:t>
      </w:r>
    </w:p>
    <w:p>
      <w:pPr>
        <w:pStyle w:val="ListBullet"/>
      </w:pPr>
      <w:r>
        <w:t>Include a company stamp or seal for added credibility</w:t>
      </w:r>
    </w:p>
    <w:p>
      <w:pPr>
        <w:pStyle w:val="ListBullet"/>
      </w:pPr>
      <w:r>
        <w:t>Salary figures must match the employee's payslips and bank statements</w:t>
      </w:r>
    </w:p>
    <w:p>
      <w:pPr>
        <w:pStyle w:val="ListBullet"/>
      </w:pPr>
      <w:r>
        <w:t>If the company has a registration number, include it in the letterhead</w:t>
      </w:r>
    </w:p>
    <w:p>
      <w:pPr>
        <w:pStyle w:val="ListBullet"/>
      </w:pPr>
      <w:r>
        <w:t>Provide a direct contact number for the signatory in case the embassy needs to verify</w:t>
      </w:r>
    </w:p>
    <w:p>
      <w:pPr>
        <w:pStyle w:val="ListBullet"/>
      </w:pPr>
      <w:r>
        <w:t>Keep a copy of this letter in the employee's HR file</w:t>
      </w:r>
    </w:p>
    <w:p/>
    <w:p>
      <w:r>
        <w:t>————————————————————————————————————————</w:t>
      </w:r>
    </w:p>
    <w:p>
      <w:r>
        <w:rPr>
          <w:color w:val="0D9488"/>
          <w:sz w:val="18"/>
        </w:rPr>
        <w:t>This template is provided free of charge by MyDummyTicket.com</w:t>
        <w:br/>
      </w:r>
      <w:r>
        <w:rPr>
          <w:color w:val="555555"/>
          <w:sz w:val="18"/>
        </w:rPr>
        <w:t>Need a verifiable flight reservation for your visa? Visit https://mydummyticket.com</w:t>
        <w:br/>
      </w:r>
      <w:r>
        <w:rPr>
          <w:i/>
          <w:color w:val="AAAAAA"/>
          <w:sz w:val="16"/>
        </w:rPr>
        <w:t>Disclaimer: This template is for guidance only. Requirements vary by embassy and country. Always verify current requirements with the specific consulate or embassy you are applying 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