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F2A4A"/>
          <w:sz w:val="44"/>
        </w:rPr>
        <w:t>Financial Sponsorship Letter Template</w:t>
      </w:r>
    </w:p>
    <w:p>
      <w:r>
        <w:rPr>
          <w:i/>
          <w:color w:val="555555"/>
          <w:sz w:val="22"/>
        </w:rPr>
        <w:t>Professional template for a financial sponsor supporting a visa applicant's trip. Suitable for family-sponsored and third-party-sponsored applications.</w:t>
      </w:r>
    </w:p>
    <w:p>
      <w:r>
        <w:rPr>
          <w:b/>
          <w:color w:val="0D9488"/>
          <w:sz w:val="18"/>
        </w:rPr>
        <w:t>Provided free by MyDummyTicket.com — Trusted by 50,000+ travellers worldwide</w:t>
      </w:r>
    </w:p>
    <w:p/>
    <w:p>
      <w:pPr>
        <w:pStyle w:val="Heading2"/>
      </w:pPr>
      <w:r>
        <w:rPr>
          <w:color w:val="0F2A4A"/>
        </w:rPr>
        <w:t>When Do You Need a Sponsor Letter?</w:t>
      </w:r>
    </w:p>
    <w:p>
      <w:pPr>
        <w:spacing w:after="160"/>
      </w:pPr>
      <w:r>
        <w:t>A financial sponsorship letter is required when someone other than the visa applicant is paying for the trip. This is common for students, retired persons, homemakers, or anyone whose personal finances may not meet the embassy's requirements. The sponsor must demonstrate that they have sufficient funds and a genuine reason for sponsoring the trip.</w:t>
      </w:r>
    </w:p>
    <w:p>
      <w:pPr>
        <w:pStyle w:val="Heading2"/>
      </w:pPr>
      <w:r>
        <w:rPr>
          <w:color w:val="0F2A4A"/>
        </w:rPr>
        <w:t>How to Use This Template</w:t>
      </w:r>
    </w:p>
    <w:p>
      <w:pPr>
        <w:pStyle w:val="ListBullet"/>
      </w:pPr>
      <w:r>
        <w:t>The SPONSOR fills out and signs this letter (not the applicant)</w:t>
      </w:r>
    </w:p>
    <w:p>
      <w:pPr>
        <w:pStyle w:val="ListBullet"/>
      </w:pPr>
      <w:r>
        <w:t>Include the sponsor's financial documents as supporting evidence</w:t>
      </w:r>
    </w:p>
    <w:p>
      <w:pPr>
        <w:pStyle w:val="ListBullet"/>
      </w:pPr>
      <w:r>
        <w:t>If the sponsor and applicant are related, include proof of relationship</w:t>
      </w:r>
    </w:p>
    <w:p>
      <w:pPr>
        <w:pStyle w:val="ListBullet"/>
      </w:pPr>
      <w:r>
        <w:t>Replace all [bracketed text] with actual details</w:t>
      </w:r>
    </w:p>
    <w:p>
      <w:pPr>
        <w:pStyle w:val="ListBullet"/>
      </w:pPr>
      <w:r>
        <w:t>The letter should be printed, signed, and dated</w:t>
      </w:r>
    </w:p>
    <w:p/>
    <w:p>
      <w:pPr>
        <w:pStyle w:val="Heading2"/>
      </w:pPr>
      <w:r>
        <w:rPr>
          <w:color w:val="0F2A4A"/>
        </w:rPr>
        <w:t>Sponsorship Letter — Begin Below</w:t>
      </w:r>
    </w:p>
    <w:p/>
    <w:p>
      <w:r>
        <w:rPr>
          <w:b/>
          <w:sz w:val="22"/>
        </w:rPr>
        <w:t xml:space="preserve">Sponsor Full Name: </w:t>
      </w:r>
      <w:r>
        <w:rPr>
          <w:i/>
          <w:color w:val="888888"/>
          <w:sz w:val="22"/>
        </w:rPr>
        <w:t>[Enter here]</w:t>
      </w:r>
    </w:p>
    <w:p>
      <w:r>
        <w:rPr>
          <w:b/>
          <w:sz w:val="22"/>
        </w:rPr>
        <w:t xml:space="preserve">Sponsor Date of Birth: </w:t>
      </w:r>
      <w:r>
        <w:rPr>
          <w:i/>
          <w:color w:val="888888"/>
          <w:sz w:val="22"/>
        </w:rPr>
        <w:t>[Enter here]</w:t>
      </w:r>
    </w:p>
    <w:p>
      <w:r>
        <w:rPr>
          <w:b/>
          <w:sz w:val="22"/>
        </w:rPr>
        <w:t xml:space="preserve">Sponsor Nationality: </w:t>
      </w:r>
      <w:r>
        <w:rPr>
          <w:i/>
          <w:color w:val="888888"/>
          <w:sz w:val="22"/>
        </w:rPr>
        <w:t>[Enter here]</w:t>
      </w:r>
    </w:p>
    <w:p>
      <w:r>
        <w:rPr>
          <w:b/>
          <w:sz w:val="22"/>
        </w:rPr>
        <w:t xml:space="preserve">Sponsor Passport / ID Number: </w:t>
      </w:r>
      <w:r>
        <w:rPr>
          <w:i/>
          <w:color w:val="888888"/>
          <w:sz w:val="22"/>
        </w:rPr>
        <w:t>[Enter here]</w:t>
      </w:r>
    </w:p>
    <w:p>
      <w:r>
        <w:rPr>
          <w:b/>
          <w:sz w:val="22"/>
        </w:rPr>
        <w:t xml:space="preserve">Sponsor Occupation: </w:t>
      </w:r>
      <w:r>
        <w:rPr>
          <w:i/>
          <w:color w:val="888888"/>
          <w:sz w:val="22"/>
        </w:rPr>
        <w:t>[Job Title at Company Name]</w:t>
      </w:r>
    </w:p>
    <w:p>
      <w:r>
        <w:rPr>
          <w:b/>
          <w:sz w:val="22"/>
        </w:rPr>
        <w:t xml:space="preserve">Sponsor Address: </w:t>
      </w:r>
      <w:r>
        <w:rPr>
          <w:i/>
          <w:color w:val="888888"/>
          <w:sz w:val="22"/>
        </w:rPr>
        <w:t>[Enter here]</w:t>
      </w:r>
    </w:p>
    <w:p>
      <w:r>
        <w:rPr>
          <w:b/>
          <w:sz w:val="22"/>
        </w:rPr>
        <w:t xml:space="preserve">Sponsor Phone Number: </w:t>
      </w:r>
      <w:r>
        <w:rPr>
          <w:i/>
          <w:color w:val="888888"/>
          <w:sz w:val="22"/>
        </w:rPr>
        <w:t>[Enter here]</w:t>
      </w:r>
    </w:p>
    <w:p>
      <w:r>
        <w:rPr>
          <w:b/>
          <w:sz w:val="22"/>
        </w:rPr>
        <w:t xml:space="preserve">Sponsor Email Address: </w:t>
      </w:r>
      <w:r>
        <w:rPr>
          <w:i/>
          <w:color w:val="888888"/>
          <w:sz w:val="22"/>
        </w:rPr>
        <w:t>[Enter here]</w:t>
      </w:r>
    </w:p>
    <w:p>
      <w:r>
        <w:rPr>
          <w:b/>
          <w:sz w:val="22"/>
        </w:rPr>
        <w:t xml:space="preserve">Date: </w:t>
      </w:r>
      <w:r>
        <w:rPr>
          <w:i/>
          <w:color w:val="888888"/>
          <w:sz w:val="22"/>
        </w:rPr>
        <w:t>[DD Month YYYY]</w:t>
      </w:r>
    </w:p>
    <w:p/>
    <w:p>
      <w:r>
        <w:rPr>
          <w:b/>
        </w:rPr>
        <w:t>To: The Visa Officer / Embassy of [Destination Country]</w:t>
      </w:r>
    </w:p>
    <w:p/>
    <w:p>
      <w:r>
        <w:rPr>
          <w:b/>
        </w:rPr>
        <w:t>Subject: Financial Sponsorship Declaration for [Applicant Full Name]</w:t>
      </w:r>
    </w:p>
    <w:p/>
    <w:p>
      <w:pPr>
        <w:spacing w:after="160"/>
      </w:pPr>
      <w:r>
        <w:t>Dear Sir/Madam,</w:t>
      </w:r>
    </w:p>
    <w:p/>
    <w:p>
      <w:pPr>
        <w:spacing w:after="160"/>
      </w:pPr>
      <w:r>
        <w:t>I, [Sponsor Full Name], [relationship to applicant — e.g., father, mother, uncle, sibling, spouse, friend, employer], hereby declare that I will be the financial sponsor for the trip of [Applicant Full Name], born on [Applicant Date of Birth], holding passport number [Applicant Passport Number], to [Destination Country] from [Travel Start Date] to [Travel End Date].</w:t>
      </w:r>
    </w:p>
    <w:p>
      <w:pPr>
        <w:pStyle w:val="Heading3"/>
      </w:pPr>
      <w:r>
        <w:rPr>
          <w:color w:val="1A3A5C"/>
        </w:rPr>
        <w:t>My Financial Details</w:t>
      </w:r>
    </w:p>
    <w:p>
      <w:pPr>
        <w:spacing w:after="160"/>
      </w:pPr>
      <w:r>
        <w:t>I am currently employed as [Job Title] at [Company Name] and have been in this position since [Start Date]. My financial details are as follows:</w:t>
      </w:r>
    </w:p>
    <w:p>
      <w:pPr>
        <w:pStyle w:val="ListBullet"/>
      </w:pPr>
      <w:r>
        <w:t>Monthly Gross Income: [Amount] [Currency]</w:t>
      </w:r>
    </w:p>
    <w:p>
      <w:pPr>
        <w:pStyle w:val="ListBullet"/>
      </w:pPr>
      <w:r>
        <w:t>Monthly Net Income: [Amount] [Currency]</w:t>
      </w:r>
    </w:p>
    <w:p>
      <w:pPr>
        <w:pStyle w:val="ListBullet"/>
      </w:pPr>
      <w:r>
        <w:t>Annual Income: [Amount] [Currency]</w:t>
      </w:r>
    </w:p>
    <w:p>
      <w:pPr>
        <w:pStyle w:val="ListBullet"/>
      </w:pPr>
      <w:r>
        <w:t>Current Bank Balance: [Amount] [Currency] (as per enclosed statements)</w:t>
      </w:r>
    </w:p>
    <w:p>
      <w:pPr>
        <w:pStyle w:val="ListBullet"/>
      </w:pPr>
      <w:r>
        <w:t>Savings / Fixed Deposits: [Amount] [Currency]</w:t>
      </w:r>
    </w:p>
    <w:p>
      <w:pPr>
        <w:pStyle w:val="ListBullet"/>
      </w:pPr>
      <w:r>
        <w:t>Other Assets: [Property, investments, etc.]</w:t>
      </w:r>
    </w:p>
    <w:p>
      <w:pPr>
        <w:pStyle w:val="Heading3"/>
      </w:pPr>
      <w:r>
        <w:rPr>
          <w:color w:val="1A3A5C"/>
        </w:rPr>
        <w:t>Sponsorship Details</w:t>
      </w:r>
    </w:p>
    <w:p>
      <w:pPr>
        <w:spacing w:after="160"/>
      </w:pPr>
      <w:r>
        <w:t>I confirm that I will bear the following expenses for [Applicant Name]'s trip:</w:t>
      </w:r>
    </w:p>
    <w:p>
      <w:pPr>
        <w:pStyle w:val="ListBullet"/>
      </w:pPr>
      <w:r>
        <w:t>International flights (round-trip): Estimated [Amount] [Currency]</w:t>
      </w:r>
    </w:p>
    <w:p>
      <w:pPr>
        <w:pStyle w:val="ListBullet"/>
      </w:pPr>
      <w:r>
        <w:t>Accommodation: Estimated [Amount] [Currency]</w:t>
      </w:r>
    </w:p>
    <w:p>
      <w:pPr>
        <w:pStyle w:val="ListBullet"/>
      </w:pPr>
      <w:r>
        <w:t>Daily living expenses (food, transport, activities): Estimated [Amount] [Currency]</w:t>
      </w:r>
    </w:p>
    <w:p>
      <w:pPr>
        <w:pStyle w:val="ListBullet"/>
      </w:pPr>
      <w:r>
        <w:t>Travel insurance: Estimated [Amount] [Currency]</w:t>
      </w:r>
    </w:p>
    <w:p>
      <w:pPr>
        <w:pStyle w:val="ListBullet"/>
      </w:pPr>
      <w:r>
        <w:t>Total estimated trip cost: [Amount] [Currency]</w:t>
      </w:r>
    </w:p>
    <w:p>
      <w:pPr>
        <w:spacing w:after="160"/>
      </w:pPr>
      <w:r>
        <w:t>I confirm that I have sufficient funds to cover all the above expenses without any financial hardship to myself or my dependants.</w:t>
      </w:r>
    </w:p>
    <w:p>
      <w:pPr>
        <w:pStyle w:val="Heading3"/>
      </w:pPr>
      <w:r>
        <w:rPr>
          <w:color w:val="1A3A5C"/>
        </w:rPr>
        <w:t>Reason for Sponsorship</w:t>
      </w:r>
    </w:p>
    <w:p>
      <w:pPr>
        <w:spacing w:after="160"/>
      </w:pPr>
      <w:r>
        <w:t>[Applicant Name] is my [relationship]. I am sponsoring this trip because [reason — e.g., they are my child and I wish to support their educational tour; they are my parent and I wish them to visit me; they are my spouse and we are travelling together; they are a close friend and I am supporting their visa application].</w:t>
      </w:r>
    </w:p>
    <w:p>
      <w:pPr>
        <w:pStyle w:val="Heading3"/>
      </w:pPr>
      <w:r>
        <w:rPr>
          <w:color w:val="1A3A5C"/>
        </w:rPr>
        <w:t>Enclosed Supporting Documents</w:t>
      </w:r>
    </w:p>
    <w:p>
      <w:pPr>
        <w:pStyle w:val="ListNumber"/>
      </w:pPr>
      <w:r>
        <w:t>My bank statements (last 6 months)</w:t>
      </w:r>
    </w:p>
    <w:p>
      <w:pPr>
        <w:pStyle w:val="ListNumber"/>
      </w:pPr>
      <w:r>
        <w:t>My employment letter with salary confirmation</w:t>
      </w:r>
    </w:p>
    <w:p>
      <w:pPr>
        <w:pStyle w:val="ListNumber"/>
      </w:pPr>
      <w:r>
        <w:t>My salary slips (last 3 months)</w:t>
      </w:r>
    </w:p>
    <w:p>
      <w:pPr>
        <w:pStyle w:val="ListNumber"/>
      </w:pPr>
      <w:r>
        <w:t>My income tax returns (last 2 years)</w:t>
      </w:r>
    </w:p>
    <w:p>
      <w:pPr>
        <w:pStyle w:val="ListNumber"/>
      </w:pPr>
      <w:r>
        <w:t>Copy of my passport / national ID</w:t>
      </w:r>
    </w:p>
    <w:p>
      <w:pPr>
        <w:pStyle w:val="ListNumber"/>
      </w:pPr>
      <w:r>
        <w:t>Proof of relationship to applicant (birth certificate, marriage certificate, etc.)</w:t>
      </w:r>
    </w:p>
    <w:p>
      <w:pPr>
        <w:pStyle w:val="ListNumber"/>
      </w:pPr>
      <w:r>
        <w:t>Fixed deposit certificates (if applicable)</w:t>
      </w:r>
    </w:p>
    <w:p>
      <w:pPr>
        <w:pStyle w:val="ListNumber"/>
      </w:pPr>
      <w:r>
        <w:t>Property documents (if applicable)</w:t>
      </w:r>
    </w:p>
    <w:p>
      <w:pPr>
        <w:pStyle w:val="Heading3"/>
      </w:pPr>
      <w:r>
        <w:rPr>
          <w:color w:val="1A3A5C"/>
        </w:rPr>
        <w:t>Declaration</w:t>
      </w:r>
    </w:p>
    <w:p>
      <w:pPr>
        <w:spacing w:after="160"/>
      </w:pPr>
      <w:r>
        <w:t>I hereby declare that:</w:t>
      </w:r>
    </w:p>
    <w:p>
      <w:pPr>
        <w:pStyle w:val="ListBullet"/>
      </w:pPr>
      <w:r>
        <w:t>All information provided in this letter is true and accurate</w:t>
      </w:r>
    </w:p>
    <w:p>
      <w:pPr>
        <w:pStyle w:val="ListBullet"/>
      </w:pPr>
      <w:r>
        <w:t>I am sponsoring this trip voluntarily and of my own free will</w:t>
      </w:r>
    </w:p>
    <w:p>
      <w:pPr>
        <w:pStyle w:val="ListBullet"/>
      </w:pPr>
      <w:r>
        <w:t>I accept full financial responsibility for [Applicant Name]'s trip</w:t>
      </w:r>
    </w:p>
    <w:p>
      <w:pPr>
        <w:pStyle w:val="ListBullet"/>
      </w:pPr>
      <w:r>
        <w:t>I understand that misrepresentation may result in visa refusal</w:t>
      </w:r>
    </w:p>
    <w:p/>
    <w:p>
      <w:pPr>
        <w:spacing w:after="160"/>
      </w:pPr>
      <w:r>
        <w:t>Should you require any additional information or verification, please do not hesitate to contact me at the details provided above.</w:t>
      </w:r>
    </w:p>
    <w:p/>
    <w:p>
      <w:pPr>
        <w:spacing w:after="160"/>
      </w:pPr>
      <w:r>
        <w:t>Yours faithfully,</w:t>
      </w:r>
    </w:p>
    <w:p/>
    <w:p/>
    <w:p>
      <w:r>
        <w:rPr>
          <w:b/>
          <w:sz w:val="22"/>
        </w:rPr>
        <w:t xml:space="preserve">Sponsor Signature: </w:t>
      </w:r>
      <w:r>
        <w:rPr>
          <w:i/>
          <w:color w:val="888888"/>
          <w:sz w:val="22"/>
        </w:rPr>
        <w:t>[Sign here]</w:t>
      </w:r>
    </w:p>
    <w:p>
      <w:r>
        <w:rPr>
          <w:b/>
          <w:sz w:val="22"/>
        </w:rPr>
        <w:t xml:space="preserve">Sponsor Full Name: </w:t>
      </w:r>
      <w:r>
        <w:rPr>
          <w:i/>
          <w:color w:val="888888"/>
          <w:sz w:val="22"/>
        </w:rPr>
        <w:t>[Enter here]</w:t>
      </w:r>
    </w:p>
    <w:p>
      <w:r>
        <w:rPr>
          <w:b/>
          <w:sz w:val="22"/>
        </w:rPr>
        <w:t xml:space="preserve">Date: </w:t>
      </w:r>
      <w:r>
        <w:rPr>
          <w:i/>
          <w:color w:val="888888"/>
          <w:sz w:val="22"/>
        </w:rPr>
        <w:t>[Enter here]</w:t>
      </w:r>
    </w:p>
    <w:p/>
    <w:p>
      <w:r>
        <w:t>————————————————————————————————————————</w:t>
      </w:r>
    </w:p>
    <w:p>
      <w:r>
        <w:rPr>
          <w:color w:val="0D9488"/>
          <w:sz w:val="18"/>
        </w:rPr>
        <w:t>This template is provided free of charge by MyDummyTicket.com</w:t>
        <w:br/>
      </w:r>
      <w:r>
        <w:rPr>
          <w:color w:val="555555"/>
          <w:sz w:val="18"/>
        </w:rPr>
        <w:t>Need a verifiable flight reservation for your visa? Visit https://mydummyticket.com</w:t>
        <w:br/>
      </w:r>
      <w:r>
        <w:rPr>
          <w:i/>
          <w:color w:val="AAAAAA"/>
          <w:sz w:val="16"/>
        </w:rPr>
        <w:t>Disclaimer: This template is for guidance only. Requirements vary by embassy and country. Always verify current requirements with the specific consulate or embassy you are applying to.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