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F2A4A"/>
          <w:sz w:val="44"/>
        </w:rPr>
        <w:t>Host Accommodation &amp; Invitation Letter Template</w:t>
      </w:r>
    </w:p>
    <w:p>
      <w:r>
        <w:rPr>
          <w:i/>
          <w:color w:val="555555"/>
          <w:sz w:val="22"/>
        </w:rPr>
        <w:t>Template for a host in the destination country to invite a visa applicant and confirm accommodation arrangements. Required for many visa applications.</w:t>
      </w:r>
    </w:p>
    <w:p>
      <w:r>
        <w:rPr>
          <w:b/>
          <w:color w:val="0D9488"/>
          <w:sz w:val="18"/>
        </w:rPr>
        <w:t>Provided free by MyDummyTicket.com — Trusted by 50,000+ travellers worldwide</w:t>
      </w:r>
    </w:p>
    <w:p/>
    <w:p>
      <w:pPr>
        <w:pStyle w:val="Heading2"/>
      </w:pPr>
      <w:r>
        <w:rPr>
          <w:color w:val="0F2A4A"/>
        </w:rPr>
        <w:t>When Do You Need This Letter?</w:t>
      </w:r>
    </w:p>
    <w:p>
      <w:pPr>
        <w:spacing w:after="160"/>
      </w:pPr>
      <w:r>
        <w:t>If you are staying with a friend, family member, or acquaintance in the destination country instead of a hotel, most embassies require an invitation and accommodation letter from your host. This letter confirms who you are visiting, where you will stay, and for how long.</w:t>
      </w:r>
    </w:p>
    <w:p>
      <w:pPr>
        <w:spacing w:after="160"/>
      </w:pPr>
      <w:r>
        <w:t>This template can be used for Schengen, UK, US, Canada, and Australian visa applications. Some countries have specific forms (e.g., France's 'Attestation d'accueil'), but this general letter is accepted by most consulates as a supporting document.</w:t>
      </w:r>
    </w:p>
    <w:p>
      <w:pPr>
        <w:pStyle w:val="Heading2"/>
      </w:pPr>
      <w:r>
        <w:rPr>
          <w:color w:val="0F2A4A"/>
        </w:rPr>
        <w:t>How to Use This Template</w:t>
      </w:r>
    </w:p>
    <w:p>
      <w:pPr>
        <w:pStyle w:val="ListBullet"/>
      </w:pPr>
      <w:r>
        <w:t>The HOST (person in the destination country) fills out and signs this letter</w:t>
      </w:r>
    </w:p>
    <w:p>
      <w:pPr>
        <w:pStyle w:val="ListBullet"/>
      </w:pPr>
      <w:r>
        <w:t>The host should attach copies of their ID, proof of address, and proof of legal status</w:t>
      </w:r>
    </w:p>
    <w:p>
      <w:pPr>
        <w:pStyle w:val="ListBullet"/>
      </w:pPr>
      <w:r>
        <w:t>Replace all [bracketed text] with actual details</w:t>
      </w:r>
    </w:p>
    <w:p>
      <w:pPr>
        <w:pStyle w:val="ListBullet"/>
      </w:pPr>
      <w:r>
        <w:t>The letter should be typed, printed, and signed</w:t>
      </w:r>
    </w:p>
    <w:p>
      <w:pPr>
        <w:pStyle w:val="ListBullet"/>
      </w:pPr>
      <w:r>
        <w:t>Date it within 2-4 weeks of the visa application</w:t>
      </w:r>
    </w:p>
    <w:p/>
    <w:p>
      <w:pPr>
        <w:pStyle w:val="Heading2"/>
      </w:pPr>
      <w:r>
        <w:rPr>
          <w:color w:val="0F2A4A"/>
        </w:rPr>
        <w:t>Invitation Letter — Begin Below</w:t>
      </w:r>
    </w:p>
    <w:p/>
    <w:p>
      <w:r>
        <w:rPr>
          <w:b/>
          <w:sz w:val="22"/>
        </w:rPr>
        <w:t xml:space="preserve">Host Full Name: </w:t>
      </w:r>
      <w:r>
        <w:rPr>
          <w:i/>
          <w:color w:val="888888"/>
          <w:sz w:val="22"/>
        </w:rPr>
        <w:t>[Enter here]</w:t>
      </w:r>
    </w:p>
    <w:p>
      <w:r>
        <w:rPr>
          <w:b/>
          <w:sz w:val="22"/>
        </w:rPr>
        <w:t xml:space="preserve">Host Date of Birth: </w:t>
      </w:r>
      <w:r>
        <w:rPr>
          <w:i/>
          <w:color w:val="888888"/>
          <w:sz w:val="22"/>
        </w:rPr>
        <w:t>[Enter here]</w:t>
      </w:r>
    </w:p>
    <w:p>
      <w:r>
        <w:rPr>
          <w:b/>
          <w:sz w:val="22"/>
        </w:rPr>
        <w:t xml:space="preserve">Host Nationality: </w:t>
      </w:r>
      <w:r>
        <w:rPr>
          <w:i/>
          <w:color w:val="888888"/>
          <w:sz w:val="22"/>
        </w:rPr>
        <w:t>[Enter here]</w:t>
      </w:r>
    </w:p>
    <w:p>
      <w:r>
        <w:rPr>
          <w:b/>
          <w:sz w:val="22"/>
        </w:rPr>
        <w:t xml:space="preserve">Host Passport / ID Number: </w:t>
      </w:r>
      <w:r>
        <w:rPr>
          <w:i/>
          <w:color w:val="888888"/>
          <w:sz w:val="22"/>
        </w:rPr>
        <w:t>[Enter here]</w:t>
      </w:r>
    </w:p>
    <w:p>
      <w:r>
        <w:rPr>
          <w:b/>
          <w:sz w:val="22"/>
        </w:rPr>
        <w:t xml:space="preserve">Host Immigration Status: </w:t>
      </w:r>
      <w:r>
        <w:rPr>
          <w:i/>
          <w:color w:val="888888"/>
          <w:sz w:val="22"/>
        </w:rPr>
        <w:t>[Citizen / Permanent Resident / Work Permit Holder / Student Visa Holder]</w:t>
      </w:r>
    </w:p>
    <w:p>
      <w:r>
        <w:rPr>
          <w:b/>
          <w:sz w:val="22"/>
        </w:rPr>
        <w:t xml:space="preserve">Host Full Address: </w:t>
      </w:r>
      <w:r>
        <w:rPr>
          <w:i/>
          <w:color w:val="888888"/>
          <w:sz w:val="22"/>
        </w:rPr>
        <w:t>[Enter here]</w:t>
      </w:r>
    </w:p>
    <w:p>
      <w:r>
        <w:rPr>
          <w:b/>
          <w:sz w:val="22"/>
        </w:rPr>
        <w:t xml:space="preserve">Host Phone Number: </w:t>
      </w:r>
      <w:r>
        <w:rPr>
          <w:i/>
          <w:color w:val="888888"/>
          <w:sz w:val="22"/>
        </w:rPr>
        <w:t>[Enter here]</w:t>
      </w:r>
    </w:p>
    <w:p>
      <w:r>
        <w:rPr>
          <w:b/>
          <w:sz w:val="22"/>
        </w:rPr>
        <w:t xml:space="preserve">Host Email Address: </w:t>
      </w:r>
      <w:r>
        <w:rPr>
          <w:i/>
          <w:color w:val="888888"/>
          <w:sz w:val="22"/>
        </w:rPr>
        <w:t>[Enter here]</w:t>
      </w:r>
    </w:p>
    <w:p>
      <w:r>
        <w:rPr>
          <w:b/>
          <w:sz w:val="22"/>
        </w:rPr>
        <w:t xml:space="preserve">Date: </w:t>
      </w:r>
      <w:r>
        <w:rPr>
          <w:i/>
          <w:color w:val="888888"/>
          <w:sz w:val="22"/>
        </w:rPr>
        <w:t>[DD Month YYYY]</w:t>
      </w:r>
    </w:p>
    <w:p/>
    <w:p>
      <w:r>
        <w:rPr>
          <w:b/>
        </w:rPr>
        <w:t>To: The Visa Officer / Embassy of [Destination Country]</w:t>
      </w:r>
    </w:p>
    <w:p/>
    <w:p>
      <w:r>
        <w:rPr>
          <w:b/>
        </w:rPr>
        <w:t>Subject: Invitation and Accommodation Letter for [Applicant Full Name]</w:t>
      </w:r>
    </w:p>
    <w:p/>
    <w:p>
      <w:pPr>
        <w:spacing w:after="160"/>
      </w:pPr>
      <w:r>
        <w:t>Dear Sir/Madam,</w:t>
      </w:r>
    </w:p>
    <w:p/>
    <w:p>
      <w:pPr>
        <w:spacing w:after="160"/>
      </w:pPr>
      <w:r>
        <w:t>I, [Host Full Name], a [citizen/permanent resident/legal resident] of [Country], hereby invite [Applicant Full Name], born on [Date of Birth], holding passport number [Passport Number], nationality [Nationality], to visit me in [City, Country] from [Arrival Date] to [Departure Date].</w:t>
      </w:r>
    </w:p>
    <w:p>
      <w:pPr>
        <w:pStyle w:val="Heading3"/>
      </w:pPr>
      <w:r>
        <w:rPr>
          <w:color w:val="1A3A5C"/>
        </w:rPr>
        <w:t>Relationship to Applicant</w:t>
      </w:r>
    </w:p>
    <w:p>
      <w:pPr>
        <w:spacing w:after="160"/>
      </w:pPr>
      <w:r>
        <w:t>[Applicant Name] is my [relationship — e.g., brother, sister, cousin, friend, business associate]. We have known each other for [duration] and maintain regular contact. [Optional: Briefly describe how you know each other.]</w:t>
      </w:r>
    </w:p>
    <w:p>
      <w:pPr>
        <w:pStyle w:val="Heading3"/>
      </w:pPr>
      <w:r>
        <w:rPr>
          <w:color w:val="1A3A5C"/>
        </w:rPr>
        <w:t>Purpose of Visit</w:t>
      </w:r>
    </w:p>
    <w:p>
      <w:pPr>
        <w:spacing w:after="160"/>
      </w:pPr>
      <w:r>
        <w:t>The purpose of [Applicant Name]'s visit is [tourism/family reunion/attending an event/business meeting]. During [his/her/their] stay, we plan to [describe activities — e.g., sightseeing in the city, celebrating a family occasion, attending a wedding, etc.].</w:t>
      </w:r>
    </w:p>
    <w:p>
      <w:pPr>
        <w:pStyle w:val="Heading3"/>
      </w:pPr>
      <w:r>
        <w:rPr>
          <w:color w:val="1A3A5C"/>
        </w:rPr>
        <w:t>Accommodation Arrangements</w:t>
      </w:r>
    </w:p>
    <w:p>
      <w:pPr>
        <w:spacing w:after="160"/>
      </w:pPr>
      <w:r>
        <w:t>I confirm that [Applicant Name] will be staying at my residence throughout [his/her/their] visit:</w:t>
      </w:r>
    </w:p>
    <w:p>
      <w:pPr>
        <w:pStyle w:val="ListBullet"/>
      </w:pPr>
      <w:r>
        <w:t>Address: [Full address including postcode]</w:t>
      </w:r>
    </w:p>
    <w:p>
      <w:pPr>
        <w:pStyle w:val="ListBullet"/>
      </w:pPr>
      <w:r>
        <w:t>Type of accommodation: [House / Apartment / Room]</w:t>
      </w:r>
    </w:p>
    <w:p>
      <w:pPr>
        <w:pStyle w:val="ListBullet"/>
      </w:pPr>
      <w:r>
        <w:t>Duration of stay: [Number] nights</w:t>
      </w:r>
    </w:p>
    <w:p>
      <w:pPr>
        <w:pStyle w:val="ListBullet"/>
      </w:pPr>
      <w:r>
        <w:t>I confirm that I have adequate space to accommodate [him/her/them] comfortably</w:t>
      </w:r>
    </w:p>
    <w:p>
      <w:pPr>
        <w:pStyle w:val="Heading3"/>
      </w:pPr>
      <w:r>
        <w:rPr>
          <w:color w:val="1A3A5C"/>
        </w:rPr>
        <w:t>Financial Responsibility</w:t>
      </w:r>
    </w:p>
    <w:p>
      <w:pPr>
        <w:spacing w:after="160"/>
      </w:pPr>
      <w:r>
        <w:t>[Choose one of the following options:]</w:t>
      </w:r>
    </w:p>
    <w:p>
      <w:pPr>
        <w:spacing w:after="160"/>
      </w:pPr>
      <w:r>
        <w:t>Option 1 (Host covers expenses): I will be responsible for all accommodation costs and [partial/full] living expenses during [Applicant Name]'s stay. I am financially capable of supporting [his/her/their] visit, as evidenced by the enclosed bank statements.</w:t>
      </w:r>
    </w:p>
    <w:p>
      <w:pPr>
        <w:spacing w:after="160"/>
      </w:pPr>
      <w:r>
        <w:t>Option 2 (Applicant self-funded): [Applicant Name] will be responsible for [his/her/their] own expenses during the visit. I am only providing accommodation.</w:t>
      </w:r>
    </w:p>
    <w:p>
      <w:pPr>
        <w:pStyle w:val="Heading3"/>
      </w:pPr>
      <w:r>
        <w:rPr>
          <w:color w:val="1A3A5C"/>
        </w:rPr>
        <w:t>My Commitment</w:t>
      </w:r>
    </w:p>
    <w:p>
      <w:pPr>
        <w:spacing w:after="160"/>
      </w:pPr>
      <w:r>
        <w:t>I confirm that [Applicant Name] intends to return to [his/her/their] home country, [Country], after the visit. I understand my responsibility as the host and will ensure that [he/she/they] complies with all visa conditions.</w:t>
      </w:r>
    </w:p>
    <w:p>
      <w:pPr>
        <w:pStyle w:val="Heading3"/>
      </w:pPr>
      <w:r>
        <w:rPr>
          <w:color w:val="1A3A5C"/>
        </w:rPr>
        <w:t>Enclosed Documents (from Host)</w:t>
      </w:r>
    </w:p>
    <w:p>
      <w:pPr>
        <w:pStyle w:val="ListNumber"/>
      </w:pPr>
      <w:r>
        <w:t>Copy of my passport / national ID (bio page)</w:t>
      </w:r>
    </w:p>
    <w:p>
      <w:pPr>
        <w:pStyle w:val="ListNumber"/>
      </w:pPr>
      <w:r>
        <w:t>Proof of legal status in [Country] (residence permit, citizenship certificate, etc.)</w:t>
      </w:r>
    </w:p>
    <w:p>
      <w:pPr>
        <w:pStyle w:val="ListNumber"/>
      </w:pPr>
      <w:r>
        <w:t>Proof of address (utility bill, council tax bill, or lease agreement — dated within 3 months)</w:t>
      </w:r>
    </w:p>
    <w:p>
      <w:pPr>
        <w:pStyle w:val="ListNumber"/>
      </w:pPr>
      <w:r>
        <w:t>Bank statements (last 3 months) — if covering expenses</w:t>
      </w:r>
    </w:p>
    <w:p>
      <w:pPr>
        <w:pStyle w:val="ListNumber"/>
      </w:pPr>
      <w:r>
        <w:t>Employment letter or proof of income (if applicable)</w:t>
      </w:r>
    </w:p>
    <w:p/>
    <w:p>
      <w:pPr>
        <w:spacing w:after="160"/>
      </w:pPr>
      <w:r>
        <w:t>I am happy to provide any additional information or documentation if required. Please do not hesitate to contact me at the number or email address above.</w:t>
      </w:r>
    </w:p>
    <w:p/>
    <w:p>
      <w:pPr>
        <w:spacing w:after="160"/>
      </w:pPr>
      <w:r>
        <w:t>Yours sincerely,</w:t>
      </w:r>
    </w:p>
    <w:p/>
    <w:p/>
    <w:p>
      <w:r>
        <w:rPr>
          <w:b/>
          <w:sz w:val="22"/>
        </w:rPr>
        <w:t xml:space="preserve">Host Signature: </w:t>
      </w:r>
      <w:r>
        <w:rPr>
          <w:i/>
          <w:color w:val="888888"/>
          <w:sz w:val="22"/>
        </w:rPr>
        <w:t>[Sign here]</w:t>
      </w:r>
    </w:p>
    <w:p>
      <w:r>
        <w:rPr>
          <w:b/>
          <w:sz w:val="22"/>
        </w:rPr>
        <w:t xml:space="preserve">Host Full Name: </w:t>
      </w:r>
      <w:r>
        <w:rPr>
          <w:i/>
          <w:color w:val="888888"/>
          <w:sz w:val="22"/>
        </w:rPr>
        <w:t>[Enter here]</w:t>
      </w:r>
    </w:p>
    <w:p>
      <w:r>
        <w:rPr>
          <w:b/>
          <w:sz w:val="22"/>
        </w:rPr>
        <w:t xml:space="preserve">Date: </w:t>
      </w:r>
      <w:r>
        <w:rPr>
          <w:i/>
          <w:color w:val="888888"/>
          <w:sz w:val="22"/>
        </w:rPr>
        <w:t>[Enter here]</w:t>
      </w:r>
    </w:p>
    <w:p/>
    <w:p>
      <w:r>
        <w:t>————————————————————————————————————————</w:t>
      </w:r>
    </w:p>
    <w:p>
      <w:r>
        <w:rPr>
          <w:color w:val="0D9488"/>
          <w:sz w:val="18"/>
        </w:rPr>
        <w:t>This template is provided free of charge by MyDummyTicket.com</w:t>
        <w:br/>
      </w:r>
      <w:r>
        <w:rPr>
          <w:color w:val="555555"/>
          <w:sz w:val="18"/>
        </w:rPr>
        <w:t>Need a verifiable flight reservation for your visa? Visit https://mydummyticket.com</w:t>
        <w:br/>
      </w:r>
      <w:r>
        <w:rPr>
          <w:i/>
          <w:color w:val="AAAAAA"/>
          <w:sz w:val="16"/>
        </w:rPr>
        <w:t>Disclaimer: This template is for guidance only. Requirements vary by embassy and country. Always verify current requirements with the specific consulate or embassy you are applying to.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