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Title"/>
      </w:pPr>
      <w:r>
        <w:rPr>
          <w:color w:val="0F2A4A"/>
          <w:sz w:val="44"/>
        </w:rPr>
        <w:t>No Objection Certificate (NOC) Template</w:t>
      </w:r>
    </w:p>
    <w:p>
      <w:r>
        <w:rPr>
          <w:i/>
          <w:color w:val="555555"/>
          <w:sz w:val="22"/>
        </w:rPr>
        <w:t>Template for an employer-issued No Objection Certificate confirming that the company has no objection to the employee's travel abroad. Required for many visa applications.</w:t>
      </w:r>
    </w:p>
    <w:p>
      <w:r>
        <w:rPr>
          <w:b/>
          <w:color w:val="0D9488"/>
          <w:sz w:val="18"/>
        </w:rPr>
        <w:t>Provided free by MyDummyTicket.com — Trusted by 50,000+ travellers worldwide</w:t>
      </w:r>
    </w:p>
    <w:p/>
    <w:p>
      <w:pPr>
        <w:pStyle w:val="Heading2"/>
      </w:pPr>
      <w:r>
        <w:rPr>
          <w:color w:val="0F2A4A"/>
        </w:rPr>
        <w:t>What is a No Objection Certificate?</w:t>
      </w:r>
    </w:p>
    <w:p>
      <w:pPr>
        <w:spacing w:after="160"/>
      </w:pPr>
      <w:r>
        <w:t>A No Objection Certificate (NOC) is a formal document issued by an employer, educational institution, or sponsor stating that they have no objection to an individual travelling abroad for a specified period. Many embassies and consulates require this document as part of the visa application process, particularly for applicants from countries with higher immigration risk.</w:t>
      </w:r>
    </w:p>
    <w:p>
      <w:pPr>
        <w:spacing w:after="160"/>
      </w:pPr>
      <w:r>
        <w:t>The NOC serves two purposes: (1) it confirms that the applicant has legitimate ties to their home country through employment, and (2) it provides assurance that the applicant has a position to return to after their trip.</w:t>
      </w:r>
    </w:p>
    <w:p>
      <w:pPr>
        <w:pStyle w:val="Heading2"/>
      </w:pPr>
      <w:r>
        <w:rPr>
          <w:color w:val="0F2A4A"/>
        </w:rPr>
        <w:t>How to Use This Template</w:t>
      </w:r>
    </w:p>
    <w:p>
      <w:pPr>
        <w:pStyle w:val="ListBullet"/>
      </w:pPr>
      <w:r>
        <w:t>This letter should be issued by your employer's HR department or a senior manager</w:t>
      </w:r>
    </w:p>
    <w:p>
      <w:pPr>
        <w:pStyle w:val="ListBullet"/>
      </w:pPr>
      <w:r>
        <w:t>Must be printed on official company letterhead</w:t>
      </w:r>
    </w:p>
    <w:p>
      <w:pPr>
        <w:pStyle w:val="ListBullet"/>
      </w:pPr>
      <w:r>
        <w:t>Include a company stamp/seal and signature of an authorised person</w:t>
      </w:r>
    </w:p>
    <w:p>
      <w:pPr>
        <w:pStyle w:val="ListBullet"/>
      </w:pPr>
      <w:r>
        <w:t>Replace all [bracketed text] with actual details</w:t>
      </w:r>
    </w:p>
    <w:p>
      <w:pPr>
        <w:pStyle w:val="ListBullet"/>
      </w:pPr>
      <w:r>
        <w:t>Date it within 2 weeks of your visa application</w:t>
      </w:r>
    </w:p>
    <w:p/>
    <w:p>
      <w:pPr>
        <w:pStyle w:val="Heading2"/>
      </w:pPr>
      <w:r>
        <w:rPr>
          <w:color w:val="0F2A4A"/>
        </w:rPr>
        <w:t>NOC Letter — Begin Below</w:t>
      </w:r>
    </w:p>
    <w:p/>
    <w:p>
      <w:r>
        <w:rPr>
          <w:b/>
        </w:rPr>
        <w:t>[COMPANY LETTERHEAD]</w:t>
      </w:r>
    </w:p>
    <w:p/>
    <w:p>
      <w:r>
        <w:rPr>
          <w:b/>
          <w:sz w:val="22"/>
        </w:rPr>
        <w:t xml:space="preserve">Company Name: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Company Registration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Company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Phone / Email: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Date: </w:t>
      </w:r>
      <w:r>
        <w:rPr>
          <w:i/>
          <w:color w:val="888888"/>
          <w:sz w:val="22"/>
        </w:rPr>
        <w:t>[DD Month YYYY]</w:t>
      </w:r>
    </w:p>
    <w:p>
      <w:r>
        <w:rPr>
          <w:b/>
          <w:sz w:val="22"/>
        </w:rPr>
        <w:t xml:space="preserve">Reference Number: </w:t>
      </w:r>
      <w:r>
        <w:rPr>
          <w:i/>
          <w:color w:val="888888"/>
          <w:sz w:val="22"/>
        </w:rPr>
        <w:t>[NOC/2026/XXX]</w:t>
      </w:r>
    </w:p>
    <w:p/>
    <w:p>
      <w:r>
        <w:rPr>
          <w:b/>
        </w:rPr>
        <w:t>NO OBJECTION CERTIFICATE</w:t>
      </w:r>
    </w:p>
    <w:p/>
    <w:p>
      <w:r>
        <w:rPr>
          <w:b/>
        </w:rPr>
        <w:t>To Whom It May Concern,</w:t>
      </w:r>
    </w:p>
    <w:p/>
    <w:p>
      <w:pPr>
        <w:spacing w:after="160"/>
      </w:pPr>
      <w:r>
        <w:t>This is to certify that [Employee Full Name], holder of passport number [Passport Number], issued in [City of Issue], has been employed with [Company Name] since [Date of Joining] in the capacity of [Job Title / Designation].</w:t>
      </w:r>
    </w:p>
    <w:p>
      <w:pPr>
        <w:spacing w:after="160"/>
      </w:pPr>
      <w:r>
        <w:t>[He/She/They] is currently employed on a [full-time/part-time] basis and holds a [permanent/contract] position within the [Department Name] department of our organisation.</w:t>
      </w:r>
    </w:p>
    <w:p>
      <w:pPr>
        <w:spacing w:after="160"/>
      </w:pPr>
      <w:r>
        <w:t>We, [Company Name], hereby confirm that we have no objection to [Employee Full Name] travelling to [Destination Country/Countries] from [Travel Start Date] to [Travel End Date] for the purpose of [tourism/business visit/family visit/attending a conference].</w:t>
      </w:r>
    </w:p>
    <w:p>
      <w:pPr>
        <w:spacing w:after="160"/>
      </w:pPr>
      <w:r>
        <w:t>We confirm the following:</w:t>
      </w:r>
    </w:p>
    <w:p>
      <w:pPr>
        <w:pStyle w:val="ListBullet"/>
      </w:pPr>
      <w:r>
        <w:t>[Employee Full Name] has been granted approved leave for the duration of the trip</w:t>
      </w:r>
    </w:p>
    <w:p>
      <w:pPr>
        <w:pStyle w:val="ListBullet"/>
      </w:pPr>
      <w:r>
        <w:t>[His/Her/Their] position will be held during the period of travel</w:t>
      </w:r>
    </w:p>
    <w:p>
      <w:pPr>
        <w:pStyle w:val="ListBullet"/>
      </w:pPr>
      <w:r>
        <w:t>All employment benefits and terms will remain unchanged</w:t>
      </w:r>
    </w:p>
    <w:p>
      <w:pPr>
        <w:pStyle w:val="ListBullet"/>
      </w:pPr>
      <w:r>
        <w:t>[He/She/They] is expected to resume duties on [Return to Work Date]</w:t>
      </w:r>
    </w:p>
    <w:p>
      <w:pPr>
        <w:pStyle w:val="ListBullet"/>
      </w:pPr>
      <w:r>
        <w:t>We fully support [his/her/their] travel plans</w:t>
      </w:r>
    </w:p>
    <w:p>
      <w:pPr>
        <w:spacing w:after="160"/>
      </w:pPr>
      <w:r>
        <w:t>For verification purposes, the employee's details are as follows:</w:t>
      </w:r>
    </w:p>
    <w:p>
      <w:pPr>
        <w:pStyle w:val="ListBullet"/>
      </w:pPr>
      <w:r>
        <w:t>Full Name: [As on Passport]</w:t>
      </w:r>
    </w:p>
    <w:p>
      <w:pPr>
        <w:pStyle w:val="ListBullet"/>
      </w:pPr>
      <w:r>
        <w:t>Date of Birth: [DD/MM/YYYY]</w:t>
      </w:r>
    </w:p>
    <w:p>
      <w:pPr>
        <w:pStyle w:val="ListBullet"/>
      </w:pPr>
      <w:r>
        <w:t>Passport Number: [Number]</w:t>
      </w:r>
    </w:p>
    <w:p>
      <w:pPr>
        <w:pStyle w:val="ListBullet"/>
      </w:pPr>
      <w:r>
        <w:t>Designation: [Job Title]</w:t>
      </w:r>
    </w:p>
    <w:p>
      <w:pPr>
        <w:pStyle w:val="ListBullet"/>
      </w:pPr>
      <w:r>
        <w:t>Monthly Salary: [Amount] [Currency]</w:t>
      </w:r>
    </w:p>
    <w:p>
      <w:pPr>
        <w:pStyle w:val="ListBullet"/>
      </w:pPr>
      <w:r>
        <w:t>Date of Joining: [DD/MM/YYYY]</w:t>
      </w:r>
    </w:p>
    <w:p>
      <w:pPr>
        <w:spacing w:after="160"/>
      </w:pPr>
      <w:r>
        <w:t>This certificate is issued at the request of the employee for the purpose of visa application to the Embassy/Consulate of [Destination Country]. The contents of this certificate are true and correct to the best of our knowledge.</w:t>
      </w:r>
    </w:p>
    <w:p/>
    <w:p>
      <w:pPr>
        <w:spacing w:after="160"/>
      </w:pPr>
      <w:r>
        <w:t>Yours faithfully,</w:t>
      </w:r>
    </w:p>
    <w:p/>
    <w:p/>
    <w:p>
      <w:r>
        <w:rPr>
          <w:b/>
          <w:sz w:val="22"/>
        </w:rPr>
        <w:t xml:space="preserve">Authorised Signatory Name: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Designation: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Direct Contact Number: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Email Address: </w:t>
      </w:r>
      <w:r>
        <w:rPr>
          <w:i/>
          <w:color w:val="888888"/>
          <w:sz w:val="22"/>
        </w:rPr>
        <w:t>[Enter here]</w:t>
      </w:r>
    </w:p>
    <w:p>
      <w:r>
        <w:rPr>
          <w:b/>
          <w:sz w:val="22"/>
        </w:rPr>
        <w:t xml:space="preserve">Company Stamp / Seal: </w:t>
      </w:r>
      <w:r>
        <w:rPr>
          <w:i/>
          <w:color w:val="888888"/>
          <w:sz w:val="22"/>
        </w:rPr>
        <w:t>[Affix here]</w:t>
      </w:r>
    </w:p>
    <w:p/>
    <w:p>
      <w:r>
        <w:t>————————————————————————————————————————</w:t>
      </w:r>
    </w:p>
    <w:p>
      <w:r>
        <w:rPr>
          <w:color w:val="0D9488"/>
          <w:sz w:val="18"/>
        </w:rPr>
        <w:t>This template is provided free of charge by MyDummyTicket.com</w:t>
        <w:br/>
      </w:r>
      <w:r>
        <w:rPr>
          <w:color w:val="555555"/>
          <w:sz w:val="18"/>
        </w:rPr>
        <w:t>Need a verifiable flight reservation for your visa? Visit https://mydummyticket.com</w:t>
        <w:br/>
      </w:r>
      <w:r>
        <w:rPr>
          <w:i/>
          <w:color w:val="AAAAAA"/>
          <w:sz w:val="16"/>
        </w:rPr>
        <w:t>Disclaimer: This template is for guidance only. Requirements vary by embassy and country. Always verify current requirements with the specific consulate or embassy you are applying to.</w:t>
      </w:r>
    </w:p>
    <w:sectPr w:rsidR="00FC693F" w:rsidRPr="0006063C" w:rsidSect="00034616">
      <w:pgSz w:w="12240" w:h="15840"/>
      <w:pgMar w:top="1440" w:right="1800" w:bottom="1440" w:left="180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after="120" w:line="276" w:lineRule="auto"/>
    </w:pPr>
    <w:rPr>
      <w:rFonts w:ascii="Calibri" w:hAnsi="Calibri"/>
      <w:color w:val="333333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