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color w:val="0F2A4A"/>
          <w:sz w:val="44"/>
        </w:rPr>
        <w:t>Schengen Visa Cover Letter Template</w:t>
      </w:r>
    </w:p>
    <w:p>
      <w:r>
        <w:rPr>
          <w:i/>
          <w:color w:val="555555"/>
          <w:sz w:val="22"/>
        </w:rPr>
        <w:t>Professional cover letter for Short-Stay Schengen Visa (Type C) applications. Customise the highlighted fields with your personal details.</w:t>
      </w:r>
    </w:p>
    <w:p>
      <w:r>
        <w:rPr>
          <w:b/>
          <w:color w:val="0D9488"/>
          <w:sz w:val="18"/>
        </w:rPr>
        <w:t>Provided free by MyDummyTicket.com — Trusted by 50,000+ travellers worldwide</w:t>
      </w:r>
    </w:p>
    <w:p/>
    <w:p>
      <w:pPr>
        <w:pStyle w:val="Heading2"/>
      </w:pPr>
      <w:r>
        <w:rPr>
          <w:color w:val="0F2A4A"/>
        </w:rPr>
        <w:t>How to Use This Template</w:t>
      </w:r>
    </w:p>
    <w:p>
      <w:pPr>
        <w:spacing w:after="160"/>
      </w:pPr>
      <w:r>
        <w:t>This cover letter template is designed for Schengen short-stay visa (Type C) applications. It follows the format recommended by major European consulates and has been used successfully by thousands of applicants. Replace all text in [square brackets] with your own details. Print on plain white A4 paper, sign in blue or black ink, and include it as the first document in your application package.</w:t>
      </w:r>
    </w:p>
    <w:p>
      <w:pPr>
        <w:pStyle w:val="ListBullet"/>
      </w:pPr>
      <w:r>
        <w:t>Replace all [bracketed text] with your actual information</w:t>
      </w:r>
    </w:p>
    <w:p>
      <w:pPr>
        <w:pStyle w:val="ListBullet"/>
      </w:pPr>
      <w:r>
        <w:t>Remove any sections that do not apply to your situation</w:t>
      </w:r>
    </w:p>
    <w:p>
      <w:pPr>
        <w:pStyle w:val="ListBullet"/>
      </w:pPr>
      <w:r>
        <w:t>Keep the letter to one page if possible — concise and factual</w:t>
      </w:r>
    </w:p>
    <w:p>
      <w:pPr>
        <w:pStyle w:val="ListBullet"/>
      </w:pPr>
      <w:r>
        <w:t>Sign with blue or black ink on the printed copy</w:t>
      </w:r>
    </w:p>
    <w:p>
      <w:pPr>
        <w:pStyle w:val="ListBullet"/>
      </w:pPr>
      <w:r>
        <w:t>Date the letter no more than 2 weeks before your appointment</w:t>
      </w:r>
    </w:p>
    <w:p/>
    <w:p>
      <w:pPr>
        <w:pStyle w:val="Heading2"/>
      </w:pPr>
      <w:r>
        <w:rPr>
          <w:color w:val="0F2A4A"/>
        </w:rPr>
        <w:t>Cover Letter — Begin Below</w:t>
      </w:r>
    </w:p>
    <w:p/>
    <w:p>
      <w:r>
        <w:rPr>
          <w:b/>
          <w:sz w:val="22"/>
        </w:rPr>
        <w:t xml:space="preserve">Your Full Name (as on passport): </w:t>
      </w:r>
      <w:r>
        <w:rPr>
          <w:i/>
          <w:color w:val="888888"/>
          <w:sz w:val="22"/>
        </w:rPr>
        <w:t>[Enter here]</w:t>
      </w:r>
    </w:p>
    <w:p>
      <w:r>
        <w:rPr>
          <w:b/>
          <w:sz w:val="22"/>
        </w:rPr>
        <w:t xml:space="preserve">Your Full Address: </w:t>
      </w:r>
      <w:r>
        <w:rPr>
          <w:i/>
          <w:color w:val="888888"/>
          <w:sz w:val="22"/>
        </w:rPr>
        <w:t>[Enter here]</w:t>
      </w:r>
    </w:p>
    <w:p>
      <w:r>
        <w:rPr>
          <w:b/>
          <w:sz w:val="22"/>
        </w:rPr>
        <w:t xml:space="preserve">City, Postcode, Country: </w:t>
      </w:r>
      <w:r>
        <w:rPr>
          <w:i/>
          <w:color w:val="888888"/>
          <w:sz w:val="22"/>
        </w:rPr>
        <w:t>[Enter here]</w:t>
      </w:r>
    </w:p>
    <w:p>
      <w:r>
        <w:rPr>
          <w:b/>
          <w:sz w:val="22"/>
        </w:rPr>
        <w:t xml:space="preserve">Phone Number: </w:t>
      </w:r>
      <w:r>
        <w:rPr>
          <w:i/>
          <w:color w:val="888888"/>
          <w:sz w:val="22"/>
        </w:rPr>
        <w:t>[Enter here]</w:t>
      </w:r>
    </w:p>
    <w:p>
      <w:r>
        <w:rPr>
          <w:b/>
          <w:sz w:val="22"/>
        </w:rPr>
        <w:t xml:space="preserve">Email Address: </w:t>
      </w:r>
      <w:r>
        <w:rPr>
          <w:i/>
          <w:color w:val="888888"/>
          <w:sz w:val="22"/>
        </w:rPr>
        <w:t>[Enter here]</w:t>
      </w:r>
    </w:p>
    <w:p>
      <w:r>
        <w:rPr>
          <w:b/>
          <w:sz w:val="22"/>
        </w:rPr>
        <w:t xml:space="preserve">Date: </w:t>
      </w:r>
      <w:r>
        <w:rPr>
          <w:i/>
          <w:color w:val="888888"/>
          <w:sz w:val="22"/>
        </w:rPr>
        <w:t>[DD Month YYYY]</w:t>
      </w:r>
    </w:p>
    <w:p/>
    <w:p>
      <w:r>
        <w:rPr>
          <w:b/>
        </w:rPr>
        <w:t>To:</w:t>
      </w:r>
    </w:p>
    <w:p>
      <w:pPr>
        <w:spacing w:after="160"/>
      </w:pPr>
      <w:r>
        <w:t>The Visa Officer</w:t>
        <w:br/>
        <w:t>Consulate General of [Country]</w:t>
        <w:br/>
        <w:t>[Consulate Address]</w:t>
        <w:br/>
        <w:t>[City, Country]</w:t>
      </w:r>
    </w:p>
    <w:p>
      <w:r>
        <w:rPr>
          <w:b/>
        </w:rPr>
        <w:t>Subject: Application for Schengen Short-Stay Visa (Type C)</w:t>
      </w:r>
    </w:p>
    <w:p/>
    <w:p>
      <w:pPr>
        <w:spacing w:after="160"/>
      </w:pPr>
      <w:r>
        <w:t>Dear Sir/Madam,</w:t>
      </w:r>
    </w:p>
    <w:p/>
    <w:p>
      <w:pPr>
        <w:spacing w:after="160"/>
      </w:pPr>
      <w:r>
        <w:t>I am writing to apply for a Schengen short-stay visa to visit [Country/Countries] from [Departure Date] to [Return Date] for the purpose of [tourism/business visit/visiting family/attending a conference]. I respectfully request your kind consideration of my application.</w:t>
      </w:r>
    </w:p>
    <w:p>
      <w:pPr>
        <w:pStyle w:val="Heading3"/>
      </w:pPr>
      <w:r>
        <w:rPr>
          <w:color w:val="1A3A5C"/>
        </w:rPr>
        <w:t>Personal Background</w:t>
      </w:r>
    </w:p>
    <w:p>
      <w:pPr>
        <w:spacing w:after="160"/>
      </w:pPr>
      <w:r>
        <w:t>I am a citizen of [Your Country], currently residing at the address above. I am employed as [Your Job Title] at [Company Name], where I have been working since [Start Date]. My current monthly salary is [Amount] [Currency]. I am [married/single] and have [number] dependants.</w:t>
      </w:r>
    </w:p>
    <w:p>
      <w:pPr>
        <w:pStyle w:val="Heading3"/>
      </w:pPr>
      <w:r>
        <w:rPr>
          <w:color w:val="1A3A5C"/>
        </w:rPr>
        <w:t>Purpose of Travel</w:t>
      </w:r>
    </w:p>
    <w:p>
      <w:pPr>
        <w:spacing w:after="160"/>
      </w:pPr>
      <w:r>
        <w:t>The primary purpose of my visit to [Country] is [detailed reason]. [If tourism: I have always wished to visit [specific places/landmarks] and experience the culture and history of [Country]. I plan to visit [City 1], [City 2], and [City 3] during my stay.]</w:t>
        <w:br/>
        <w:br/>
        <w:t>[If business: I have been invited by [Company/Organisation Name] to attend [meeting/conference/training] at [Venue] from [Date] to [Date]. Please find the invitation letter enclosed.]</w:t>
        <w:br/>
        <w:br/>
        <w:t>[If visiting family/friends: I will be visiting my [relationship], [Name], who resides at [Address in Schengen country]. They have provided an invitation letter and proof of accommodation, which are enclosed with this application.]</w:t>
      </w:r>
    </w:p>
    <w:p>
      <w:pPr>
        <w:pStyle w:val="Heading3"/>
      </w:pPr>
      <w:r>
        <w:rPr>
          <w:color w:val="1A3A5C"/>
        </w:rPr>
        <w:t>Travel Itinerary</w:t>
      </w:r>
    </w:p>
    <w:p>
      <w:pPr>
        <w:spacing w:after="160"/>
      </w:pPr>
      <w:r>
        <w:t>My planned itinerary is as follows:</w:t>
      </w:r>
    </w:p>
    <w:p>
      <w:pPr>
        <w:pStyle w:val="ListBullet"/>
      </w:pPr>
      <w:r>
        <w:t>Departure: [Date] — Flight from [City] to [City] ([Airline, Flight Number])</w:t>
      </w:r>
    </w:p>
    <w:p>
      <w:pPr>
        <w:pStyle w:val="ListBullet"/>
      </w:pPr>
      <w:r>
        <w:t>Accommodation: [Hotel Name / Host Address] for [Number] nights</w:t>
      </w:r>
    </w:p>
    <w:p>
      <w:pPr>
        <w:pStyle w:val="ListBullet"/>
      </w:pPr>
      <w:r>
        <w:t>Day 1-2: [City 1] — Visit [attraction/meeting]</w:t>
      </w:r>
    </w:p>
    <w:p>
      <w:pPr>
        <w:pStyle w:val="ListBullet"/>
      </w:pPr>
      <w:r>
        <w:t>Day 3-4: [City 2] — Visit [attraction/meeting]</w:t>
      </w:r>
    </w:p>
    <w:p>
      <w:pPr>
        <w:pStyle w:val="ListBullet"/>
      </w:pPr>
      <w:r>
        <w:t>Day 5-6: [City 3] — Visit [attraction/meeting]</w:t>
      </w:r>
    </w:p>
    <w:p>
      <w:pPr>
        <w:pStyle w:val="ListBullet"/>
      </w:pPr>
      <w:r>
        <w:t>Return: [Date] — Flight from [City] to [City] ([Airline, Flight Number])</w:t>
      </w:r>
    </w:p>
    <w:p>
      <w:pPr>
        <w:pStyle w:val="Heading3"/>
      </w:pPr>
      <w:r>
        <w:rPr>
          <w:color w:val="1A3A5C"/>
        </w:rPr>
        <w:t>Financial Means</w:t>
      </w:r>
    </w:p>
    <w:p>
      <w:pPr>
        <w:spacing w:after="160"/>
      </w:pPr>
      <w:r>
        <w:t>I am fully capable of financing this trip. I have enclosed my bank statements for the last [3/6] months, which demonstrate a current balance of [Amount] [Currency]. Additionally, my employer has confirmed my salary and employment status in the attached employment letter. [If sponsored: My trip is being financially supported by [Sponsor Name], whose financial documents are enclosed.]</w:t>
      </w:r>
    </w:p>
    <w:p>
      <w:pPr>
        <w:pStyle w:val="Heading3"/>
      </w:pPr>
      <w:r>
        <w:rPr>
          <w:color w:val="1A3A5C"/>
        </w:rPr>
        <w:t>Ties to Home Country</w:t>
      </w:r>
    </w:p>
    <w:p>
      <w:pPr>
        <w:spacing w:after="160"/>
      </w:pPr>
      <w:r>
        <w:t>I have strong ties to my home country that ensure my return after the visit:</w:t>
      </w:r>
    </w:p>
    <w:p>
      <w:pPr>
        <w:pStyle w:val="ListBullet"/>
      </w:pPr>
      <w:r>
        <w:t>Permanent employment at [Company Name] with approved leave from [Date] to [Date]</w:t>
      </w:r>
    </w:p>
    <w:p>
      <w:pPr>
        <w:pStyle w:val="ListBullet"/>
      </w:pPr>
      <w:r>
        <w:t>Property ownership / rental agreement at [Address]</w:t>
      </w:r>
    </w:p>
    <w:p>
      <w:pPr>
        <w:pStyle w:val="ListBullet"/>
      </w:pPr>
      <w:r>
        <w:t>Family members residing in [Country] — [spouse, children, parents]</w:t>
      </w:r>
    </w:p>
    <w:p>
      <w:pPr>
        <w:pStyle w:val="ListBullet"/>
      </w:pPr>
      <w:r>
        <w:t>[Any other ties: ongoing education, business ownership, etc.]</w:t>
      </w:r>
    </w:p>
    <w:p>
      <w:pPr>
        <w:pStyle w:val="Heading3"/>
      </w:pPr>
      <w:r>
        <w:rPr>
          <w:color w:val="1A3A5C"/>
        </w:rPr>
        <w:t>Travel Insurance</w:t>
      </w:r>
    </w:p>
    <w:p>
      <w:pPr>
        <w:spacing w:after="160"/>
      </w:pPr>
      <w:r>
        <w:t>I have obtained travel medical insurance from [Insurance Company] with a minimum coverage of EUR 30,000, valid across all Schengen member states for the duration of my trip. The insurance certificate is enclosed.</w:t>
      </w:r>
    </w:p>
    <w:p>
      <w:pPr>
        <w:pStyle w:val="Heading3"/>
      </w:pPr>
      <w:r>
        <w:rPr>
          <w:color w:val="1A3A5C"/>
        </w:rPr>
        <w:t>Enclosed Documents</w:t>
      </w:r>
    </w:p>
    <w:p>
      <w:pPr>
        <w:pStyle w:val="ListNumber"/>
      </w:pPr>
      <w:r>
        <w:t>Completed and signed Schengen visa application form</w:t>
      </w:r>
    </w:p>
    <w:p>
      <w:pPr>
        <w:pStyle w:val="ListNumber"/>
      </w:pPr>
      <w:r>
        <w:t>Valid passport (original + photocopy of bio page)</w:t>
      </w:r>
    </w:p>
    <w:p>
      <w:pPr>
        <w:pStyle w:val="ListNumber"/>
      </w:pPr>
      <w:r>
        <w:t>Two recent passport-sized photographs (35mm x 45mm)</w:t>
      </w:r>
    </w:p>
    <w:p>
      <w:pPr>
        <w:pStyle w:val="ListNumber"/>
      </w:pPr>
      <w:r>
        <w:t>Flight reservation / itinerary</w:t>
      </w:r>
    </w:p>
    <w:p>
      <w:pPr>
        <w:pStyle w:val="ListNumber"/>
      </w:pPr>
      <w:r>
        <w:t>Hotel booking confirmation / accommodation proof</w:t>
      </w:r>
    </w:p>
    <w:p>
      <w:pPr>
        <w:pStyle w:val="ListNumber"/>
      </w:pPr>
      <w:r>
        <w:t>Travel medical insurance certificate</w:t>
      </w:r>
    </w:p>
    <w:p>
      <w:pPr>
        <w:pStyle w:val="ListNumber"/>
      </w:pPr>
      <w:r>
        <w:t>Bank statements (last 3-6 months)</w:t>
      </w:r>
    </w:p>
    <w:p>
      <w:pPr>
        <w:pStyle w:val="ListNumber"/>
      </w:pPr>
      <w:r>
        <w:t>Employment letter with salary details</w:t>
      </w:r>
    </w:p>
    <w:p>
      <w:pPr>
        <w:pStyle w:val="ListNumber"/>
      </w:pPr>
      <w:r>
        <w:t>No Objection Certificate from employer</w:t>
      </w:r>
    </w:p>
    <w:p>
      <w:pPr>
        <w:pStyle w:val="ListNumber"/>
      </w:pPr>
      <w:r>
        <w:t>Previous visa copies (if applicable)</w:t>
      </w:r>
    </w:p>
    <w:p>
      <w:pPr>
        <w:pStyle w:val="ListNumber"/>
      </w:pPr>
      <w:r>
        <w:t>[Invitation letter — if visiting family/friends]</w:t>
      </w:r>
    </w:p>
    <w:p>
      <w:pPr>
        <w:pStyle w:val="ListNumber"/>
      </w:pPr>
      <w:r>
        <w:t>[Conference/meeting invitation — if business trip]</w:t>
      </w:r>
    </w:p>
    <w:p/>
    <w:p>
      <w:pPr>
        <w:spacing w:after="160"/>
      </w:pPr>
      <w:r>
        <w:t>I kindly request you to grant me a Schengen visa for the above-mentioned dates. I assure you that I will comply with all visa conditions and return to my home country before the expiry of the authorised stay.</w:t>
      </w:r>
    </w:p>
    <w:p>
      <w:pPr>
        <w:spacing w:after="160"/>
      </w:pPr>
      <w:r>
        <w:t>Thank you for your time and consideration. I am available for an interview at your earliest convenience should you require any further information.</w:t>
      </w:r>
    </w:p>
    <w:p/>
    <w:p>
      <w:pPr>
        <w:spacing w:after="160"/>
      </w:pPr>
      <w:r>
        <w:t>Yours faithfully,</w:t>
      </w:r>
    </w:p>
    <w:p/>
    <w:p/>
    <w:p>
      <w:r>
        <w:rPr>
          <w:b/>
          <w:sz w:val="22"/>
        </w:rPr>
        <w:t xml:space="preserve">Signature: </w:t>
      </w:r>
      <w:r>
        <w:rPr>
          <w:i/>
          <w:color w:val="888888"/>
          <w:sz w:val="22"/>
        </w:rPr>
        <w:t>[Sign here in blue/black ink]</w:t>
      </w:r>
    </w:p>
    <w:p>
      <w:r>
        <w:rPr>
          <w:b/>
          <w:sz w:val="22"/>
        </w:rPr>
        <w:t xml:space="preserve">Full Name (as on passport): </w:t>
      </w:r>
      <w:r>
        <w:rPr>
          <w:i/>
          <w:color w:val="888888"/>
          <w:sz w:val="22"/>
        </w:rPr>
        <w:t>[Enter here]</w:t>
      </w:r>
    </w:p>
    <w:p>
      <w:r>
        <w:rPr>
          <w:b/>
          <w:sz w:val="22"/>
        </w:rPr>
        <w:t xml:space="preserve">Date: </w:t>
      </w:r>
      <w:r>
        <w:rPr>
          <w:i/>
          <w:color w:val="888888"/>
          <w:sz w:val="22"/>
        </w:rPr>
        <w:t>[Enter here]</w:t>
      </w:r>
    </w:p>
    <w:p/>
    <w:p>
      <w:r>
        <w:t>————————————————————————————————————————</w:t>
      </w:r>
    </w:p>
    <w:p>
      <w:r>
        <w:rPr>
          <w:color w:val="0D9488"/>
          <w:sz w:val="18"/>
        </w:rPr>
        <w:t>This template is provided free of charge by MyDummyTicket.com</w:t>
        <w:br/>
      </w:r>
      <w:r>
        <w:rPr>
          <w:color w:val="555555"/>
          <w:sz w:val="18"/>
        </w:rPr>
        <w:t>Need a verifiable flight reservation for your visa? Visit https://mydummyticket.com</w:t>
        <w:br/>
      </w:r>
      <w:r>
        <w:rPr>
          <w:i/>
          <w:color w:val="AAAAAA"/>
          <w:sz w:val="16"/>
        </w:rPr>
        <w:t>Disclaimer: This template is for guidance only. Requirements vary by embassy and country. Always verify current requirements with the specific consulate or embassy you are applying to.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Calibri" w:hAnsi="Calibri"/>
      <w:color w:val="333333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