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F2A4A"/>
          <w:sz w:val="44"/>
        </w:rPr>
        <w:t>Schengen Visa Document Checklist</w:t>
      </w:r>
    </w:p>
    <w:p>
      <w:r>
        <w:rPr>
          <w:i/>
          <w:color w:val="555555"/>
          <w:sz w:val="22"/>
        </w:rPr>
        <w:t>Complete and comprehensive checklist of all documents required for a Schengen short-stay visa (Type C) application. Organised by category for easy preparation.</w:t>
      </w:r>
    </w:p>
    <w:p>
      <w:r>
        <w:rPr>
          <w:b/>
          <w:color w:val="0D9488"/>
          <w:sz w:val="18"/>
        </w:rPr>
        <w:t>Provided free by MyDummyTicket.com — Trusted by 50,000+ travellers worldwide</w:t>
      </w:r>
    </w:p>
    <w:p/>
    <w:p>
      <w:pPr>
        <w:pStyle w:val="Heading2"/>
      </w:pPr>
      <w:r>
        <w:rPr>
          <w:color w:val="0F2A4A"/>
        </w:rPr>
        <w:t>About This Checklist</w:t>
      </w:r>
    </w:p>
    <w:p>
      <w:pPr>
        <w:spacing w:after="160"/>
      </w:pPr>
      <w:r>
        <w:t>This checklist covers the standard documents required for a Schengen short-stay visa (Type C) application, valid for stays of up to 90 days within a 180-day period. While specific requirements may vary slightly between consulates, this list covers what the vast majority of Schengen embassies expect. Always check the specific consulate's website for any additional requirements.</w:t>
      </w:r>
    </w:p>
    <w:p>
      <w:pPr>
        <w:spacing w:after="160"/>
      </w:pPr>
      <w:r>
        <w:t>Tick off each item as you prepare it. Having a complete, well-organised application package significantly increases your chances of approval.</w:t>
      </w:r>
    </w:p>
    <w:p/>
    <w:p>
      <w:pPr>
        <w:pStyle w:val="Heading2"/>
      </w:pPr>
      <w:r>
        <w:rPr>
          <w:color w:val="0F2A4A"/>
        </w:rPr>
        <w:t>1. Application Form &amp; Passport</w:t>
      </w:r>
    </w:p>
    <w:p>
      <w:pPr>
        <w:pStyle w:val="ListBullet"/>
      </w:pPr>
      <w:r>
        <w:t>[ ] Completed and signed Schengen visa application form (two copies recommended)</w:t>
      </w:r>
    </w:p>
    <w:p>
      <w:pPr>
        <w:pStyle w:val="ListBullet"/>
      </w:pPr>
      <w:r>
        <w:t>[ ] Valid passport — must have at least 2 blank pages and be valid for at least 3 months beyond your planned return date</w:t>
      </w:r>
    </w:p>
    <w:p>
      <w:pPr>
        <w:pStyle w:val="ListBullet"/>
      </w:pPr>
      <w:r>
        <w:t>[ ] Photocopy of passport bio page</w:t>
      </w:r>
    </w:p>
    <w:p>
      <w:pPr>
        <w:pStyle w:val="ListBullet"/>
      </w:pPr>
      <w:r>
        <w:t>[ ] Photocopies of all previous visa stamps and entries</w:t>
      </w:r>
    </w:p>
    <w:p>
      <w:pPr>
        <w:pStyle w:val="ListBullet"/>
      </w:pPr>
      <w:r>
        <w:t>[ ] Old/expired passports (originals + copies of bio pages and visa stamps)</w:t>
      </w:r>
    </w:p>
    <w:p>
      <w:pPr>
        <w:pStyle w:val="Heading2"/>
      </w:pPr>
      <w:r>
        <w:rPr>
          <w:color w:val="0F2A4A"/>
        </w:rPr>
        <w:t>2. Photographs</w:t>
      </w:r>
    </w:p>
    <w:p>
      <w:pPr>
        <w:pStyle w:val="ListBullet"/>
      </w:pPr>
      <w:r>
        <w:t>[ ] 2 recent passport-sized photographs (35mm x 45mm)</w:t>
      </w:r>
    </w:p>
    <w:p>
      <w:pPr>
        <w:pStyle w:val="ListBullet"/>
      </w:pPr>
      <w:r>
        <w:t>[ ] White or light grey background</w:t>
      </w:r>
    </w:p>
    <w:p>
      <w:pPr>
        <w:pStyle w:val="ListBullet"/>
      </w:pPr>
      <w:r>
        <w:t>[ ] Taken within the last 6 months</w:t>
      </w:r>
    </w:p>
    <w:p>
      <w:pPr>
        <w:pStyle w:val="ListBullet"/>
      </w:pPr>
      <w:r>
        <w:t>[ ] Full face visible, no glasses, neutral expression</w:t>
      </w:r>
    </w:p>
    <w:p>
      <w:pPr>
        <w:pStyle w:val="ListBullet"/>
      </w:pPr>
      <w:r>
        <w:t>[ ] Must comply with ICAO standards</w:t>
      </w:r>
    </w:p>
    <w:p>
      <w:pPr>
        <w:pStyle w:val="Heading2"/>
      </w:pPr>
      <w:r>
        <w:rPr>
          <w:color w:val="0F2A4A"/>
        </w:rPr>
        <w:t>3. Travel Documents</w:t>
      </w:r>
    </w:p>
    <w:p>
      <w:pPr>
        <w:pStyle w:val="ListBullet"/>
      </w:pPr>
      <w:r>
        <w:t>[ ] Flight reservation showing entry and exit dates (DO NOT buy confirmed tickets — use a dummy ticket / reservation)</w:t>
      </w:r>
    </w:p>
    <w:p>
      <w:pPr>
        <w:pStyle w:val="ListBullet"/>
      </w:pPr>
      <w:r>
        <w:t>[ ] Complete day-by-day travel itinerary</w:t>
      </w:r>
    </w:p>
    <w:p>
      <w:pPr>
        <w:pStyle w:val="ListBullet"/>
      </w:pPr>
      <w:r>
        <w:t>[ ] Hotel booking confirmations for each night of stay</w:t>
      </w:r>
    </w:p>
    <w:p>
      <w:pPr>
        <w:pStyle w:val="ListBullet"/>
      </w:pPr>
      <w:r>
        <w:t>[ ] Or: Invitation letter from host + host's proof of address (if staying with someone)</w:t>
      </w:r>
    </w:p>
    <w:p>
      <w:pPr>
        <w:pStyle w:val="ListBullet"/>
      </w:pPr>
      <w:r>
        <w:t>[ ] Internal travel bookings (if visiting multiple cities/countries)</w:t>
      </w:r>
    </w:p>
    <w:p>
      <w:pPr>
        <w:pStyle w:val="ListBullet"/>
      </w:pPr>
      <w:r>
        <w:t>[ ] Train/bus reservations between cities (if applicable)</w:t>
      </w:r>
    </w:p>
    <w:p>
      <w:pPr>
        <w:pStyle w:val="Heading2"/>
      </w:pPr>
      <w:r>
        <w:rPr>
          <w:color w:val="0F2A4A"/>
        </w:rPr>
        <w:t>4. Travel Medical Insurance</w:t>
      </w:r>
    </w:p>
    <w:p>
      <w:pPr>
        <w:pStyle w:val="ListBullet"/>
      </w:pPr>
      <w:r>
        <w:t>[ ] Travel insurance policy with minimum EUR 30,000 medical coverage</w:t>
      </w:r>
    </w:p>
    <w:p>
      <w:pPr>
        <w:pStyle w:val="ListBullet"/>
      </w:pPr>
      <w:r>
        <w:t>[ ] Must be valid in ALL Schengen member states</w:t>
      </w:r>
    </w:p>
    <w:p>
      <w:pPr>
        <w:pStyle w:val="ListBullet"/>
      </w:pPr>
      <w:r>
        <w:t>[ ] Must cover the entire duration of stay</w:t>
      </w:r>
    </w:p>
    <w:p>
      <w:pPr>
        <w:pStyle w:val="ListBullet"/>
      </w:pPr>
      <w:r>
        <w:t>[ ] Must include emergency medical evacuation and repatriation</w:t>
      </w:r>
    </w:p>
    <w:p>
      <w:pPr>
        <w:pStyle w:val="ListBullet"/>
      </w:pPr>
      <w:r>
        <w:t>[ ] Print the insurance certificate showing coverage details</w:t>
      </w:r>
    </w:p>
    <w:p>
      <w:pPr>
        <w:pStyle w:val="Heading2"/>
      </w:pPr>
      <w:r>
        <w:rPr>
          <w:color w:val="0F2A4A"/>
        </w:rPr>
        <w:t>5. Financial Documents</w:t>
      </w:r>
    </w:p>
    <w:p>
      <w:pPr>
        <w:pStyle w:val="ListBullet"/>
      </w:pPr>
      <w:r>
        <w:t>[ ] Bank statements from ALL accounts — last 3 to 6 months</w:t>
      </w:r>
    </w:p>
    <w:p>
      <w:pPr>
        <w:pStyle w:val="ListBullet"/>
      </w:pPr>
      <w:r>
        <w:t>[ ] Statements should show regular income and a healthy balance</w:t>
      </w:r>
    </w:p>
    <w:p>
      <w:pPr>
        <w:pStyle w:val="ListBullet"/>
      </w:pPr>
      <w:r>
        <w:t>[ ] Avoid large, unexplained deposits just before applying</w:t>
      </w:r>
    </w:p>
    <w:p>
      <w:pPr>
        <w:pStyle w:val="ListBullet"/>
      </w:pPr>
      <w:r>
        <w:t>[ ] Salary slips for the last 3 months</w:t>
      </w:r>
    </w:p>
    <w:p>
      <w:pPr>
        <w:pStyle w:val="ListBullet"/>
      </w:pPr>
      <w:r>
        <w:t>[ ] Income tax returns for the last 1-2 years</w:t>
      </w:r>
    </w:p>
    <w:p>
      <w:pPr>
        <w:pStyle w:val="ListBullet"/>
      </w:pPr>
      <w:r>
        <w:t>[ ] Fixed deposit certificates (if any)</w:t>
      </w:r>
    </w:p>
    <w:p>
      <w:pPr>
        <w:pStyle w:val="ListBullet"/>
      </w:pPr>
      <w:r>
        <w:t>[ ] Credit card statements (optional, shows spending capacity)</w:t>
      </w:r>
    </w:p>
    <w:p>
      <w:pPr>
        <w:pStyle w:val="ListBullet"/>
      </w:pPr>
      <w:r>
        <w:t>[ ] Pension statements (for retired applicants)</w:t>
      </w:r>
    </w:p>
    <w:p>
      <w:pPr>
        <w:pStyle w:val="ListBullet"/>
      </w:pPr>
      <w:r>
        <w:t>[ ] If sponsored: Sponsor's bank statements + sponsorship letter + proof of relationship</w:t>
      </w:r>
    </w:p>
    <w:p>
      <w:pPr>
        <w:pStyle w:val="Heading2"/>
      </w:pPr>
      <w:r>
        <w:rPr>
          <w:color w:val="0F2A4A"/>
        </w:rPr>
        <w:t>6. Employment / Professional Documents</w:t>
      </w:r>
    </w:p>
    <w:p>
      <w:pPr>
        <w:pStyle w:val="Heading3"/>
      </w:pPr>
      <w:r>
        <w:rPr>
          <w:color w:val="1A3A5C"/>
        </w:rPr>
        <w:t>If Employed:</w:t>
      </w:r>
    </w:p>
    <w:p>
      <w:pPr>
        <w:pStyle w:val="ListBullet"/>
      </w:pPr>
      <w:r>
        <w:t>[ ] Employment letter on company letterhead (confirming position, salary, join date, approved leave)</w:t>
      </w:r>
    </w:p>
    <w:p>
      <w:pPr>
        <w:pStyle w:val="ListBullet"/>
      </w:pPr>
      <w:r>
        <w:t>[ ] No Objection Certificate (NOC) from employer</w:t>
      </w:r>
    </w:p>
    <w:p>
      <w:pPr>
        <w:pStyle w:val="ListBullet"/>
      </w:pPr>
      <w:r>
        <w:t>[ ] Company ID card photocopy</w:t>
      </w:r>
    </w:p>
    <w:p>
      <w:pPr>
        <w:pStyle w:val="ListBullet"/>
      </w:pPr>
      <w:r>
        <w:t>[ ] Recent payslips (3 months)</w:t>
      </w:r>
    </w:p>
    <w:p>
      <w:pPr>
        <w:pStyle w:val="Heading3"/>
      </w:pPr>
      <w:r>
        <w:rPr>
          <w:color w:val="1A3A5C"/>
        </w:rPr>
        <w:t>If Self-Employed:</w:t>
      </w:r>
    </w:p>
    <w:p>
      <w:pPr>
        <w:pStyle w:val="ListBullet"/>
      </w:pPr>
      <w:r>
        <w:t>[ ] Business registration / trade licence</w:t>
      </w:r>
    </w:p>
    <w:p>
      <w:pPr>
        <w:pStyle w:val="ListBullet"/>
      </w:pPr>
      <w:r>
        <w:t>[ ] Company bank statements (last 6 months)</w:t>
      </w:r>
    </w:p>
    <w:p>
      <w:pPr>
        <w:pStyle w:val="ListBullet"/>
      </w:pPr>
      <w:r>
        <w:t>[ ] Tax returns / financial statements</w:t>
      </w:r>
    </w:p>
    <w:p>
      <w:pPr>
        <w:pStyle w:val="ListBullet"/>
      </w:pPr>
      <w:r>
        <w:t>[ ] Client contracts or invoices (optional)</w:t>
      </w:r>
    </w:p>
    <w:p>
      <w:pPr>
        <w:pStyle w:val="Heading3"/>
      </w:pPr>
      <w:r>
        <w:rPr>
          <w:color w:val="1A3A5C"/>
        </w:rPr>
        <w:t>If Student:</w:t>
      </w:r>
    </w:p>
    <w:p>
      <w:pPr>
        <w:pStyle w:val="ListBullet"/>
      </w:pPr>
      <w:r>
        <w:t>[ ] University/school enrolment letter</w:t>
      </w:r>
    </w:p>
    <w:p>
      <w:pPr>
        <w:pStyle w:val="ListBullet"/>
      </w:pPr>
      <w:r>
        <w:t>[ ] Student ID card</w:t>
      </w:r>
    </w:p>
    <w:p>
      <w:pPr>
        <w:pStyle w:val="ListBullet"/>
      </w:pPr>
      <w:r>
        <w:t>[ ] No Objection Certificate from institution</w:t>
      </w:r>
    </w:p>
    <w:p>
      <w:pPr>
        <w:pStyle w:val="ListBullet"/>
      </w:pPr>
      <w:r>
        <w:t>[ ] Transcript of academic records</w:t>
      </w:r>
    </w:p>
    <w:p>
      <w:pPr>
        <w:pStyle w:val="ListBullet"/>
      </w:pPr>
      <w:r>
        <w:t>[ ] If sponsored by parents: Parents' financial documents + birth certificate</w:t>
      </w:r>
    </w:p>
    <w:p>
      <w:pPr>
        <w:pStyle w:val="Heading3"/>
      </w:pPr>
      <w:r>
        <w:rPr>
          <w:color w:val="1A3A5C"/>
        </w:rPr>
        <w:t>If Retired:</w:t>
      </w:r>
    </w:p>
    <w:p>
      <w:pPr>
        <w:pStyle w:val="ListBullet"/>
      </w:pPr>
      <w:r>
        <w:t>[ ] Pension statements (last 6 months)</w:t>
      </w:r>
    </w:p>
    <w:p>
      <w:pPr>
        <w:pStyle w:val="ListBullet"/>
      </w:pPr>
      <w:r>
        <w:t>[ ] Bank statements (last 6 months)</w:t>
      </w:r>
    </w:p>
    <w:p>
      <w:pPr>
        <w:pStyle w:val="ListBullet"/>
      </w:pPr>
      <w:r>
        <w:t>[ ] Retirement letter from former employer</w:t>
      </w:r>
    </w:p>
    <w:p>
      <w:pPr>
        <w:pStyle w:val="Heading2"/>
      </w:pPr>
      <w:r>
        <w:rPr>
          <w:color w:val="0F2A4A"/>
        </w:rPr>
        <w:t>7. Cover Letter &amp; Supporting Documents</w:t>
      </w:r>
    </w:p>
    <w:p>
      <w:pPr>
        <w:pStyle w:val="ListBullet"/>
      </w:pPr>
      <w:r>
        <w:t>[ ] Personal cover letter explaining purpose of visit, itinerary, and return plans</w:t>
      </w:r>
    </w:p>
    <w:p>
      <w:pPr>
        <w:pStyle w:val="ListBullet"/>
      </w:pPr>
      <w:r>
        <w:t>[ ] Invitation letter from host in Schengen area (if visiting someone)</w:t>
      </w:r>
    </w:p>
    <w:p>
      <w:pPr>
        <w:pStyle w:val="ListBullet"/>
      </w:pPr>
      <w:r>
        <w:t>[ ] Conference/event invitation (if attending an event)</w:t>
      </w:r>
    </w:p>
    <w:p>
      <w:pPr>
        <w:pStyle w:val="ListBullet"/>
      </w:pPr>
      <w:r>
        <w:t>[ ] Marriage certificate (if travelling with spouse)</w:t>
      </w:r>
    </w:p>
    <w:p>
      <w:pPr>
        <w:pStyle w:val="ListBullet"/>
      </w:pPr>
      <w:r>
        <w:t>[ ] Birth certificates of children (if travelling with minors)</w:t>
      </w:r>
    </w:p>
    <w:p>
      <w:pPr>
        <w:pStyle w:val="ListBullet"/>
      </w:pPr>
      <w:r>
        <w:t>[ ] Consent letter from other parent (if minor travelling with one parent)</w:t>
      </w:r>
    </w:p>
    <w:p>
      <w:pPr>
        <w:pStyle w:val="ListBullet"/>
      </w:pPr>
      <w:r>
        <w:t>[ ] Property ownership documents (proof of ties to home country)</w:t>
      </w:r>
    </w:p>
    <w:p>
      <w:pPr>
        <w:pStyle w:val="ListBullet"/>
      </w:pPr>
      <w:r>
        <w:t>[ ] Vehicle registration certificate (proof of ties)</w:t>
      </w:r>
    </w:p>
    <w:p>
      <w:pPr>
        <w:pStyle w:val="Heading2"/>
      </w:pPr>
      <w:r>
        <w:rPr>
          <w:color w:val="0F2A4A"/>
        </w:rPr>
        <w:t>8. Biometrics &amp; Appointment</w:t>
      </w:r>
    </w:p>
    <w:p>
      <w:pPr>
        <w:pStyle w:val="ListBullet"/>
      </w:pPr>
      <w:r>
        <w:t>[ ] Visa appointment confirmation</w:t>
      </w:r>
    </w:p>
    <w:p>
      <w:pPr>
        <w:pStyle w:val="ListBullet"/>
      </w:pPr>
      <w:r>
        <w:t>[ ] Visa fee payment receipt</w:t>
      </w:r>
    </w:p>
    <w:p>
      <w:pPr>
        <w:pStyle w:val="ListBullet"/>
      </w:pPr>
      <w:r>
        <w:t>[ ] Be prepared for biometrics (fingerprints + photo) at the VFS/consulate</w:t>
      </w:r>
    </w:p>
    <w:p>
      <w:pPr>
        <w:pStyle w:val="Heading2"/>
      </w:pPr>
      <w:r>
        <w:rPr>
          <w:color w:val="0F2A4A"/>
        </w:rPr>
        <w:t>Document Preparation Tips</w:t>
      </w:r>
    </w:p>
    <w:p>
      <w:pPr>
        <w:pStyle w:val="ListNumber"/>
      </w:pPr>
      <w:r>
        <w:t>Organise all documents in a clear plastic folder with labelled sections</w:t>
      </w:r>
    </w:p>
    <w:p>
      <w:pPr>
        <w:pStyle w:val="ListNumber"/>
      </w:pPr>
      <w:r>
        <w:t>Provide BOTH originals and photocopies of every document</w:t>
      </w:r>
    </w:p>
    <w:p>
      <w:pPr>
        <w:pStyle w:val="ListNumber"/>
      </w:pPr>
      <w:r>
        <w:t>All non-English documents must have certified English translations</w:t>
      </w:r>
    </w:p>
    <w:p>
      <w:pPr>
        <w:pStyle w:val="ListNumber"/>
      </w:pPr>
      <w:r>
        <w:t>Print all electronic documents (flight bookings, insurance, hotel confirmations)</w:t>
      </w:r>
    </w:p>
    <w:p>
      <w:pPr>
        <w:pStyle w:val="ListNumber"/>
      </w:pPr>
      <w:r>
        <w:t>Place the application form on top, followed by passport, then financial documents</w:t>
      </w:r>
    </w:p>
    <w:p>
      <w:pPr>
        <w:pStyle w:val="ListNumber"/>
      </w:pPr>
      <w:r>
        <w:t>Remove staples and use paper clips instead for easy handling</w:t>
      </w:r>
    </w:p>
    <w:p>
      <w:pPr>
        <w:pStyle w:val="ListNumber"/>
      </w:pPr>
      <w:r>
        <w:t>Apply at least 4-8 weeks before your planned departure date</w:t>
      </w:r>
    </w:p>
    <w:p>
      <w:pPr>
        <w:pStyle w:val="ListNumber"/>
      </w:pPr>
      <w:r>
        <w:t>Check your specific consulate's website for any additional or country-specific requirements</w:t>
      </w:r>
    </w:p>
    <w:p>
      <w:pPr>
        <w:pStyle w:val="Heading2"/>
      </w:pPr>
      <w:r>
        <w:rPr>
          <w:color w:val="0F2A4A"/>
        </w:rPr>
        <w:t>Quick Reference: Schengen Area Countries (2026)</w:t>
      </w:r>
    </w:p>
    <w:p>
      <w:pPr>
        <w:spacing w:after="160"/>
      </w:pPr>
      <w:r>
        <w:t>Austria, Belgium, Bulgaria, Croatia, Czech Republic, Denmark, Estonia, Finland, France, Germany, Greece, Hungary, Iceland, Italy, Latvia, Liechtenstein, Lithuania, Luxembourg, Malta, Netherlands, Norway, Poland, Portugal, Romania, Slovakia, Slovenia, Spain, Sweden, Switzerland</w:t>
      </w:r>
    </w:p>
    <w:p/>
    <w:p>
      <w:r>
        <w:t>————————————————————————————————————————</w:t>
      </w:r>
    </w:p>
    <w:p>
      <w:r>
        <w:rPr>
          <w:color w:val="0D9488"/>
          <w:sz w:val="18"/>
        </w:rPr>
        <w:t>This template is provided free of charge by MyDummyTicket.com</w:t>
        <w:br/>
      </w:r>
      <w:r>
        <w:rPr>
          <w:color w:val="555555"/>
          <w:sz w:val="18"/>
        </w:rPr>
        <w:t>Need a verifiable flight reservation for your visa? Visit https://mydummyticket.com</w:t>
        <w:br/>
      </w:r>
      <w:r>
        <w:rPr>
          <w:i/>
          <w:color w:val="AAAAAA"/>
          <w:sz w:val="16"/>
        </w:rPr>
        <w:t>Disclaimer: This template is for guidance only. Requirements vary by embassy and country. Always verify current requirements with the specific consulate or embassy you are applying 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