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F2A4A"/>
          <w:sz w:val="44"/>
        </w:rPr>
        <w:t>Travel Itinerary Template for Visa Applications</w:t>
      </w:r>
    </w:p>
    <w:p>
      <w:r>
        <w:rPr>
          <w:i/>
          <w:color w:val="555555"/>
          <w:sz w:val="22"/>
        </w:rPr>
        <w:t>Professional day-by-day travel itinerary template. Accepted by embassies worldwide for Schengen, US, UK, Canada, and Australia visa applications.</w:t>
      </w:r>
    </w:p>
    <w:p>
      <w:r>
        <w:rPr>
          <w:b/>
          <w:color w:val="0D9488"/>
          <w:sz w:val="18"/>
        </w:rPr>
        <w:t>Provided free by MyDummyTicket.com — Trusted by 50,000+ travellers worldwide</w:t>
      </w:r>
    </w:p>
    <w:p/>
    <w:p>
      <w:pPr>
        <w:pStyle w:val="Heading2"/>
      </w:pPr>
      <w:r>
        <w:rPr>
          <w:color w:val="0F2A4A"/>
        </w:rPr>
        <w:t>How to Use This Template</w:t>
      </w:r>
    </w:p>
    <w:p>
      <w:pPr>
        <w:spacing w:after="160"/>
      </w:pPr>
      <w:r>
        <w:t>A detailed travel itinerary is one of the most important supporting documents for your visa application. It shows the visa officer that you have a genuine, well-planned trip and intend to stay for a specific duration. This template provides a professional format that embassies expect to see.</w:t>
      </w:r>
    </w:p>
    <w:p>
      <w:pPr>
        <w:pStyle w:val="ListBullet"/>
      </w:pPr>
      <w:r>
        <w:t>Fill in each day with your planned activities, accommodation, and transportation</w:t>
      </w:r>
    </w:p>
    <w:p>
      <w:pPr>
        <w:pStyle w:val="ListBullet"/>
      </w:pPr>
      <w:r>
        <w:t>Be specific — name actual hotels, attractions, and transport methods</w:t>
      </w:r>
    </w:p>
    <w:p>
      <w:pPr>
        <w:pStyle w:val="ListBullet"/>
      </w:pPr>
      <w:r>
        <w:t>Ensure dates match your flight reservation and hotel bookings</w:t>
      </w:r>
    </w:p>
    <w:p>
      <w:pPr>
        <w:pStyle w:val="ListBullet"/>
      </w:pPr>
      <w:r>
        <w:t>Include both arrival and departure days</w:t>
      </w:r>
    </w:p>
    <w:p>
      <w:pPr>
        <w:pStyle w:val="ListBullet"/>
      </w:pPr>
      <w:r>
        <w:t>If visiting multiple cities, show how you will travel between them</w:t>
      </w:r>
    </w:p>
    <w:p/>
    <w:p>
      <w:pPr>
        <w:pStyle w:val="Heading2"/>
      </w:pPr>
      <w:r>
        <w:rPr>
          <w:color w:val="0F2A4A"/>
        </w:rPr>
        <w:t>Trip Overview</w:t>
      </w:r>
    </w:p>
    <w:p>
      <w:r>
        <w:rPr>
          <w:b/>
          <w:sz w:val="22"/>
        </w:rPr>
        <w:t xml:space="preserve">Traveller Name: </w:t>
      </w:r>
      <w:r>
        <w:rPr>
          <w:i/>
          <w:color w:val="888888"/>
          <w:sz w:val="22"/>
        </w:rPr>
        <w:t>[Enter here]</w:t>
      </w:r>
    </w:p>
    <w:p>
      <w:r>
        <w:rPr>
          <w:b/>
          <w:sz w:val="22"/>
        </w:rPr>
        <w:t xml:space="preserve">Passport Number: </w:t>
      </w:r>
      <w:r>
        <w:rPr>
          <w:i/>
          <w:color w:val="888888"/>
          <w:sz w:val="22"/>
        </w:rPr>
        <w:t>[Enter here]</w:t>
      </w:r>
    </w:p>
    <w:p>
      <w:r>
        <w:rPr>
          <w:b/>
          <w:sz w:val="22"/>
        </w:rPr>
        <w:t xml:space="preserve">Nationality: </w:t>
      </w:r>
      <w:r>
        <w:rPr>
          <w:i/>
          <w:color w:val="888888"/>
          <w:sz w:val="22"/>
        </w:rPr>
        <w:t>[Enter here]</w:t>
      </w:r>
    </w:p>
    <w:p>
      <w:r>
        <w:rPr>
          <w:b/>
          <w:sz w:val="22"/>
        </w:rPr>
        <w:t xml:space="preserve">Destination Country/Countries: </w:t>
      </w:r>
      <w:r>
        <w:rPr>
          <w:i/>
          <w:color w:val="888888"/>
          <w:sz w:val="22"/>
        </w:rPr>
        <w:t>[Enter here]</w:t>
      </w:r>
    </w:p>
    <w:p>
      <w:r>
        <w:rPr>
          <w:b/>
          <w:sz w:val="22"/>
        </w:rPr>
        <w:t xml:space="preserve">Travel Dates: </w:t>
      </w:r>
      <w:r>
        <w:rPr>
          <w:i/>
          <w:color w:val="888888"/>
          <w:sz w:val="22"/>
        </w:rPr>
        <w:t>[DD/MM/YYYY] to [DD/MM/YYYY]</w:t>
      </w:r>
    </w:p>
    <w:p>
      <w:r>
        <w:rPr>
          <w:b/>
          <w:sz w:val="22"/>
        </w:rPr>
        <w:t xml:space="preserve">Total Duration: </w:t>
      </w:r>
      <w:r>
        <w:rPr>
          <w:i/>
          <w:color w:val="888888"/>
          <w:sz w:val="22"/>
        </w:rPr>
        <w:t>[X] days / [X] nights</w:t>
      </w:r>
    </w:p>
    <w:p>
      <w:r>
        <w:rPr>
          <w:b/>
          <w:sz w:val="22"/>
        </w:rPr>
        <w:t xml:space="preserve">Travel Companions: </w:t>
      </w:r>
      <w:r>
        <w:rPr>
          <w:i/>
          <w:color w:val="888888"/>
          <w:sz w:val="22"/>
        </w:rPr>
        <w:t>[Solo / With spouse / With family]</w:t>
      </w:r>
    </w:p>
    <w:p/>
    <w:p>
      <w:pPr>
        <w:pStyle w:val="Heading2"/>
      </w:pPr>
      <w:r>
        <w:rPr>
          <w:color w:val="0F2A4A"/>
        </w:rPr>
        <w:t>Flight Details</w:t>
      </w:r>
    </w:p>
    <w:p>
      <w:pPr>
        <w:pStyle w:val="Heading3"/>
      </w:pPr>
      <w:r>
        <w:rPr>
          <w:color w:val="1A3A5C"/>
        </w:rPr>
        <w:t>Outbound Flight</w:t>
      </w:r>
    </w:p>
    <w:p>
      <w:r>
        <w:rPr>
          <w:b/>
          <w:sz w:val="22"/>
        </w:rPr>
        <w:t xml:space="preserve">Date: </w:t>
      </w:r>
      <w:r>
        <w:rPr>
          <w:i/>
          <w:color w:val="888888"/>
          <w:sz w:val="22"/>
        </w:rPr>
        <w:t>[Enter here]</w:t>
      </w:r>
    </w:p>
    <w:p>
      <w:r>
        <w:rPr>
          <w:b/>
          <w:sz w:val="22"/>
        </w:rPr>
        <w:t xml:space="preserve">Airline &amp; Flight Number: </w:t>
      </w:r>
      <w:r>
        <w:rPr>
          <w:i/>
          <w:color w:val="888888"/>
          <w:sz w:val="22"/>
        </w:rPr>
        <w:t>[Enter here]</w:t>
      </w:r>
    </w:p>
    <w:p>
      <w:r>
        <w:rPr>
          <w:b/>
          <w:sz w:val="22"/>
        </w:rPr>
        <w:t xml:space="preserve">Departure: </w:t>
      </w:r>
      <w:r>
        <w:rPr>
          <w:i/>
          <w:color w:val="888888"/>
          <w:sz w:val="22"/>
        </w:rPr>
        <w:t>[City] at [Time]</w:t>
      </w:r>
    </w:p>
    <w:p>
      <w:r>
        <w:rPr>
          <w:b/>
          <w:sz w:val="22"/>
        </w:rPr>
        <w:t xml:space="preserve">Arrival: </w:t>
      </w:r>
      <w:r>
        <w:rPr>
          <w:i/>
          <w:color w:val="888888"/>
          <w:sz w:val="22"/>
        </w:rPr>
        <w:t>[City] at [Time]</w:t>
      </w:r>
    </w:p>
    <w:p>
      <w:r>
        <w:rPr>
          <w:b/>
          <w:sz w:val="22"/>
        </w:rPr>
        <w:t xml:space="preserve">PNR / Booking Reference: </w:t>
      </w:r>
      <w:r>
        <w:rPr>
          <w:i/>
          <w:color w:val="888888"/>
          <w:sz w:val="22"/>
        </w:rPr>
        <w:t>[Enter here]</w:t>
      </w:r>
    </w:p>
    <w:p>
      <w:pPr>
        <w:pStyle w:val="Heading3"/>
      </w:pPr>
      <w:r>
        <w:rPr>
          <w:color w:val="1A3A5C"/>
        </w:rPr>
        <w:t>Return Flight</w:t>
      </w:r>
    </w:p>
    <w:p>
      <w:r>
        <w:rPr>
          <w:b/>
          <w:sz w:val="22"/>
        </w:rPr>
        <w:t xml:space="preserve">Date: </w:t>
      </w:r>
      <w:r>
        <w:rPr>
          <w:i/>
          <w:color w:val="888888"/>
          <w:sz w:val="22"/>
        </w:rPr>
        <w:t>[Enter here]</w:t>
      </w:r>
    </w:p>
    <w:p>
      <w:r>
        <w:rPr>
          <w:b/>
          <w:sz w:val="22"/>
        </w:rPr>
        <w:t xml:space="preserve">Airline &amp; Flight Number: </w:t>
      </w:r>
      <w:r>
        <w:rPr>
          <w:i/>
          <w:color w:val="888888"/>
          <w:sz w:val="22"/>
        </w:rPr>
        <w:t>[Enter here]</w:t>
      </w:r>
    </w:p>
    <w:p>
      <w:r>
        <w:rPr>
          <w:b/>
          <w:sz w:val="22"/>
        </w:rPr>
        <w:t xml:space="preserve">Departure: </w:t>
      </w:r>
      <w:r>
        <w:rPr>
          <w:i/>
          <w:color w:val="888888"/>
          <w:sz w:val="22"/>
        </w:rPr>
        <w:t>[City] at [Time]</w:t>
      </w:r>
    </w:p>
    <w:p>
      <w:r>
        <w:rPr>
          <w:b/>
          <w:sz w:val="22"/>
        </w:rPr>
        <w:t xml:space="preserve">Arrival: </w:t>
      </w:r>
      <w:r>
        <w:rPr>
          <w:i/>
          <w:color w:val="888888"/>
          <w:sz w:val="22"/>
        </w:rPr>
        <w:t>[City] at [Time]</w:t>
      </w:r>
    </w:p>
    <w:p>
      <w:r>
        <w:rPr>
          <w:b/>
          <w:sz w:val="22"/>
        </w:rPr>
        <w:t xml:space="preserve">PNR / Booking Reference: </w:t>
      </w:r>
      <w:r>
        <w:rPr>
          <w:i/>
          <w:color w:val="888888"/>
          <w:sz w:val="22"/>
        </w:rPr>
        <w:t>[Enter here]</w:t>
      </w:r>
    </w:p>
    <w:p/>
    <w:p>
      <w:pPr>
        <w:pStyle w:val="Heading2"/>
      </w:pPr>
      <w:r>
        <w:rPr>
          <w:color w:val="0F2A4A"/>
        </w:rPr>
        <w:t>Day-by-Day Itinerary</w:t>
      </w:r>
    </w:p>
    <w:p>
      <w:pPr>
        <w:pStyle w:val="Heading3"/>
      </w:pPr>
      <w:r>
        <w:rPr>
          <w:color w:val="1A3A5C"/>
        </w:rPr>
        <w:t>Day 1 — [Date: DD/MM/YYYY]</w:t>
      </w:r>
    </w:p>
    <w:p>
      <w:r>
        <w:rPr>
          <w:b/>
          <w:sz w:val="22"/>
        </w:rPr>
        <w:t xml:space="preserve">City: </w:t>
      </w:r>
      <w:r>
        <w:rPr>
          <w:i/>
          <w:color w:val="888888"/>
          <w:sz w:val="22"/>
        </w:rPr>
        <w:t>[Enter here]</w:t>
      </w:r>
    </w:p>
    <w:p>
      <w:r>
        <w:rPr>
          <w:b/>
          <w:sz w:val="22"/>
        </w:rPr>
        <w:t xml:space="preserve">Accommodation: </w:t>
      </w:r>
      <w:r>
        <w:rPr>
          <w:i/>
          <w:color w:val="888888"/>
          <w:sz w:val="22"/>
        </w:rPr>
        <w:t>[Hotel Name, Address, Booking Reference]</w:t>
      </w:r>
    </w:p>
    <w:p>
      <w:r>
        <w:rPr>
          <w:b/>
          <w:sz w:val="22"/>
        </w:rPr>
        <w:t xml:space="preserve">Morning: </w:t>
      </w:r>
      <w:r>
        <w:rPr>
          <w:i/>
          <w:color w:val="888888"/>
          <w:sz w:val="22"/>
        </w:rPr>
        <w:t>Arrive at [Airport]. Transfer to hotel. Check-in and rest.</w:t>
      </w:r>
    </w:p>
    <w:p>
      <w:r>
        <w:rPr>
          <w:b/>
          <w:sz w:val="22"/>
        </w:rPr>
        <w:t xml:space="preserve">Afternoon: </w:t>
      </w:r>
      <w:r>
        <w:rPr>
          <w:i/>
          <w:color w:val="888888"/>
          <w:sz w:val="22"/>
        </w:rPr>
        <w:t>[Explore local area / Visit nearby attraction]</w:t>
      </w:r>
    </w:p>
    <w:p>
      <w:r>
        <w:rPr>
          <w:b/>
          <w:sz w:val="22"/>
        </w:rPr>
        <w:t xml:space="preserve">Evening: </w:t>
      </w:r>
      <w:r>
        <w:rPr>
          <w:i/>
          <w:color w:val="888888"/>
          <w:sz w:val="22"/>
        </w:rPr>
        <w:t>[Dinner at local restaurant / Rest at hotel]</w:t>
      </w:r>
    </w:p>
    <w:p>
      <w:r>
        <w:rPr>
          <w:b/>
          <w:sz w:val="22"/>
        </w:rPr>
        <w:t xml:space="preserve">Transportation: </w:t>
      </w:r>
      <w:r>
        <w:rPr>
          <w:i/>
          <w:color w:val="888888"/>
          <w:sz w:val="22"/>
        </w:rPr>
        <w:t>[Walk / Metro / Taxi / Train to next city]</w:t>
      </w:r>
    </w:p>
    <w:p/>
    <w:p>
      <w:pPr>
        <w:pStyle w:val="Heading3"/>
      </w:pPr>
      <w:r>
        <w:rPr>
          <w:color w:val="1A3A5C"/>
        </w:rPr>
        <w:t>Day 2 — [Date: DD/MM/YYYY]</w:t>
      </w:r>
    </w:p>
    <w:p>
      <w:r>
        <w:rPr>
          <w:b/>
          <w:sz w:val="22"/>
        </w:rPr>
        <w:t xml:space="preserve">City: </w:t>
      </w:r>
      <w:r>
        <w:rPr>
          <w:i/>
          <w:color w:val="888888"/>
          <w:sz w:val="22"/>
        </w:rPr>
        <w:t>[Enter here]</w:t>
      </w:r>
    </w:p>
    <w:p>
      <w:r>
        <w:rPr>
          <w:b/>
          <w:sz w:val="22"/>
        </w:rPr>
        <w:t xml:space="preserve">Accommodation: </w:t>
      </w:r>
      <w:r>
        <w:rPr>
          <w:i/>
          <w:color w:val="888888"/>
          <w:sz w:val="22"/>
        </w:rPr>
        <w:t>[Hotel Name, Address, Booking Reference]</w:t>
      </w:r>
    </w:p>
    <w:p>
      <w:r>
        <w:rPr>
          <w:b/>
          <w:sz w:val="22"/>
        </w:rPr>
        <w:t xml:space="preserve">Morning: </w:t>
      </w:r>
      <w:r>
        <w:rPr>
          <w:i/>
          <w:color w:val="888888"/>
          <w:sz w:val="22"/>
        </w:rPr>
        <w:t>[Activity — e.g., Visit Eiffel Tower, City walking tour]</w:t>
      </w:r>
    </w:p>
    <w:p>
      <w:r>
        <w:rPr>
          <w:b/>
          <w:sz w:val="22"/>
        </w:rPr>
        <w:t xml:space="preserve">Afternoon: </w:t>
      </w:r>
      <w:r>
        <w:rPr>
          <w:i/>
          <w:color w:val="888888"/>
          <w:sz w:val="22"/>
        </w:rPr>
        <w:t>[Activity — e.g., Museum visit, Shopping district, Lunch]</w:t>
      </w:r>
    </w:p>
    <w:p>
      <w:r>
        <w:rPr>
          <w:b/>
          <w:sz w:val="22"/>
        </w:rPr>
        <w:t xml:space="preserve">Evening: </w:t>
      </w:r>
      <w:r>
        <w:rPr>
          <w:i/>
          <w:color w:val="888888"/>
          <w:sz w:val="22"/>
        </w:rPr>
        <w:t>[Activity — e.g., Dinner, River cruise, Theatre show]</w:t>
      </w:r>
    </w:p>
    <w:p>
      <w:r>
        <w:rPr>
          <w:b/>
          <w:sz w:val="22"/>
        </w:rPr>
        <w:t xml:space="preserve">Transportation: </w:t>
      </w:r>
      <w:r>
        <w:rPr>
          <w:i/>
          <w:color w:val="888888"/>
          <w:sz w:val="22"/>
        </w:rPr>
        <w:t>[Walk / Metro / Taxi / Train to next city]</w:t>
      </w:r>
    </w:p>
    <w:p/>
    <w:p>
      <w:pPr>
        <w:pStyle w:val="Heading3"/>
      </w:pPr>
      <w:r>
        <w:rPr>
          <w:color w:val="1A3A5C"/>
        </w:rPr>
        <w:t>Day 3 — [Date: DD/MM/YYYY]</w:t>
      </w:r>
    </w:p>
    <w:p>
      <w:r>
        <w:rPr>
          <w:b/>
          <w:sz w:val="22"/>
        </w:rPr>
        <w:t xml:space="preserve">City: </w:t>
      </w:r>
      <w:r>
        <w:rPr>
          <w:i/>
          <w:color w:val="888888"/>
          <w:sz w:val="22"/>
        </w:rPr>
        <w:t>[Enter here]</w:t>
      </w:r>
    </w:p>
    <w:p>
      <w:r>
        <w:rPr>
          <w:b/>
          <w:sz w:val="22"/>
        </w:rPr>
        <w:t xml:space="preserve">Accommodation: </w:t>
      </w:r>
      <w:r>
        <w:rPr>
          <w:i/>
          <w:color w:val="888888"/>
          <w:sz w:val="22"/>
        </w:rPr>
        <w:t>[Hotel Name, Address, Booking Reference]</w:t>
      </w:r>
    </w:p>
    <w:p>
      <w:r>
        <w:rPr>
          <w:b/>
          <w:sz w:val="22"/>
        </w:rPr>
        <w:t xml:space="preserve">Morning: </w:t>
      </w:r>
      <w:r>
        <w:rPr>
          <w:i/>
          <w:color w:val="888888"/>
          <w:sz w:val="22"/>
        </w:rPr>
        <w:t>[Activity — e.g., Visit Eiffel Tower, City walking tour]</w:t>
      </w:r>
    </w:p>
    <w:p>
      <w:r>
        <w:rPr>
          <w:b/>
          <w:sz w:val="22"/>
        </w:rPr>
        <w:t xml:space="preserve">Afternoon: </w:t>
      </w:r>
      <w:r>
        <w:rPr>
          <w:i/>
          <w:color w:val="888888"/>
          <w:sz w:val="22"/>
        </w:rPr>
        <w:t>[Activity — e.g., Museum visit, Shopping district, Lunch]</w:t>
      </w:r>
    </w:p>
    <w:p>
      <w:r>
        <w:rPr>
          <w:b/>
          <w:sz w:val="22"/>
        </w:rPr>
        <w:t xml:space="preserve">Evening: </w:t>
      </w:r>
      <w:r>
        <w:rPr>
          <w:i/>
          <w:color w:val="888888"/>
          <w:sz w:val="22"/>
        </w:rPr>
        <w:t>[Activity — e.g., Dinner, River cruise, Theatre show]</w:t>
      </w:r>
    </w:p>
    <w:p>
      <w:r>
        <w:rPr>
          <w:b/>
          <w:sz w:val="22"/>
        </w:rPr>
        <w:t xml:space="preserve">Transportation: </w:t>
      </w:r>
      <w:r>
        <w:rPr>
          <w:i/>
          <w:color w:val="888888"/>
          <w:sz w:val="22"/>
        </w:rPr>
        <w:t>[Walk / Metro / Taxi / Train to next city]</w:t>
      </w:r>
    </w:p>
    <w:p/>
    <w:p>
      <w:pPr>
        <w:pStyle w:val="Heading3"/>
      </w:pPr>
      <w:r>
        <w:rPr>
          <w:color w:val="1A3A5C"/>
        </w:rPr>
        <w:t>Day 4 — [Date: DD/MM/YYYY]</w:t>
      </w:r>
    </w:p>
    <w:p>
      <w:r>
        <w:rPr>
          <w:b/>
          <w:sz w:val="22"/>
        </w:rPr>
        <w:t xml:space="preserve">City: </w:t>
      </w:r>
      <w:r>
        <w:rPr>
          <w:i/>
          <w:color w:val="888888"/>
          <w:sz w:val="22"/>
        </w:rPr>
        <w:t>[Enter here]</w:t>
      </w:r>
    </w:p>
    <w:p>
      <w:r>
        <w:rPr>
          <w:b/>
          <w:sz w:val="22"/>
        </w:rPr>
        <w:t xml:space="preserve">Accommodation: </w:t>
      </w:r>
      <w:r>
        <w:rPr>
          <w:i/>
          <w:color w:val="888888"/>
          <w:sz w:val="22"/>
        </w:rPr>
        <w:t>[Hotel Name, Address, Booking Reference]</w:t>
      </w:r>
    </w:p>
    <w:p>
      <w:r>
        <w:rPr>
          <w:b/>
          <w:sz w:val="22"/>
        </w:rPr>
        <w:t xml:space="preserve">Morning: </w:t>
      </w:r>
      <w:r>
        <w:rPr>
          <w:i/>
          <w:color w:val="888888"/>
          <w:sz w:val="22"/>
        </w:rPr>
        <w:t>[Activity — e.g., Visit Eiffel Tower, City walking tour]</w:t>
      </w:r>
    </w:p>
    <w:p>
      <w:r>
        <w:rPr>
          <w:b/>
          <w:sz w:val="22"/>
        </w:rPr>
        <w:t xml:space="preserve">Afternoon: </w:t>
      </w:r>
      <w:r>
        <w:rPr>
          <w:i/>
          <w:color w:val="888888"/>
          <w:sz w:val="22"/>
        </w:rPr>
        <w:t>[Activity — e.g., Museum visit, Shopping district, Lunch]</w:t>
      </w:r>
    </w:p>
    <w:p>
      <w:r>
        <w:rPr>
          <w:b/>
          <w:sz w:val="22"/>
        </w:rPr>
        <w:t xml:space="preserve">Evening: </w:t>
      </w:r>
      <w:r>
        <w:rPr>
          <w:i/>
          <w:color w:val="888888"/>
          <w:sz w:val="22"/>
        </w:rPr>
        <w:t>[Activity — e.g., Dinner, River cruise, Theatre show]</w:t>
      </w:r>
    </w:p>
    <w:p>
      <w:r>
        <w:rPr>
          <w:b/>
          <w:sz w:val="22"/>
        </w:rPr>
        <w:t xml:space="preserve">Transportation: </w:t>
      </w:r>
      <w:r>
        <w:rPr>
          <w:i/>
          <w:color w:val="888888"/>
          <w:sz w:val="22"/>
        </w:rPr>
        <w:t>[Walk / Metro / Taxi / Train to next city]</w:t>
      </w:r>
    </w:p>
    <w:p/>
    <w:p>
      <w:pPr>
        <w:pStyle w:val="Heading3"/>
      </w:pPr>
      <w:r>
        <w:rPr>
          <w:color w:val="1A3A5C"/>
        </w:rPr>
        <w:t>Day 5 — [Date: DD/MM/YYYY]</w:t>
      </w:r>
    </w:p>
    <w:p>
      <w:r>
        <w:rPr>
          <w:b/>
          <w:sz w:val="22"/>
        </w:rPr>
        <w:t xml:space="preserve">City: </w:t>
      </w:r>
      <w:r>
        <w:rPr>
          <w:i/>
          <w:color w:val="888888"/>
          <w:sz w:val="22"/>
        </w:rPr>
        <w:t>[Enter here]</w:t>
      </w:r>
    </w:p>
    <w:p>
      <w:r>
        <w:rPr>
          <w:b/>
          <w:sz w:val="22"/>
        </w:rPr>
        <w:t xml:space="preserve">Accommodation: </w:t>
      </w:r>
      <w:r>
        <w:rPr>
          <w:i/>
          <w:color w:val="888888"/>
          <w:sz w:val="22"/>
        </w:rPr>
        <w:t>[Hotel Name, Address, Booking Reference]</w:t>
      </w:r>
    </w:p>
    <w:p>
      <w:r>
        <w:rPr>
          <w:b/>
          <w:sz w:val="22"/>
        </w:rPr>
        <w:t xml:space="preserve">Morning: </w:t>
      </w:r>
      <w:r>
        <w:rPr>
          <w:i/>
          <w:color w:val="888888"/>
          <w:sz w:val="22"/>
        </w:rPr>
        <w:t>[Activity — e.g., Visit Eiffel Tower, City walking tour]</w:t>
      </w:r>
    </w:p>
    <w:p>
      <w:r>
        <w:rPr>
          <w:b/>
          <w:sz w:val="22"/>
        </w:rPr>
        <w:t xml:space="preserve">Afternoon: </w:t>
      </w:r>
      <w:r>
        <w:rPr>
          <w:i/>
          <w:color w:val="888888"/>
          <w:sz w:val="22"/>
        </w:rPr>
        <w:t>[Activity — e.g., Museum visit, Shopping district, Lunch]</w:t>
      </w:r>
    </w:p>
    <w:p>
      <w:r>
        <w:rPr>
          <w:b/>
          <w:sz w:val="22"/>
        </w:rPr>
        <w:t xml:space="preserve">Evening: </w:t>
      </w:r>
      <w:r>
        <w:rPr>
          <w:i/>
          <w:color w:val="888888"/>
          <w:sz w:val="22"/>
        </w:rPr>
        <w:t>[Activity — e.g., Dinner, River cruise, Theatre show]</w:t>
      </w:r>
    </w:p>
    <w:p>
      <w:r>
        <w:rPr>
          <w:b/>
          <w:sz w:val="22"/>
        </w:rPr>
        <w:t xml:space="preserve">Transportation: </w:t>
      </w:r>
      <w:r>
        <w:rPr>
          <w:i/>
          <w:color w:val="888888"/>
          <w:sz w:val="22"/>
        </w:rPr>
        <w:t>[Walk / Metro / Taxi / Train to next city]</w:t>
      </w:r>
    </w:p>
    <w:p/>
    <w:p>
      <w:pPr>
        <w:pStyle w:val="Heading3"/>
      </w:pPr>
      <w:r>
        <w:rPr>
          <w:color w:val="1A3A5C"/>
        </w:rPr>
        <w:t>Day 6 — [Date: DD/MM/YYYY]</w:t>
      </w:r>
    </w:p>
    <w:p>
      <w:r>
        <w:rPr>
          <w:b/>
          <w:sz w:val="22"/>
        </w:rPr>
        <w:t xml:space="preserve">City: </w:t>
      </w:r>
      <w:r>
        <w:rPr>
          <w:i/>
          <w:color w:val="888888"/>
          <w:sz w:val="22"/>
        </w:rPr>
        <w:t>[Enter here]</w:t>
      </w:r>
    </w:p>
    <w:p>
      <w:r>
        <w:rPr>
          <w:b/>
          <w:sz w:val="22"/>
        </w:rPr>
        <w:t xml:space="preserve">Accommodation: </w:t>
      </w:r>
      <w:r>
        <w:rPr>
          <w:i/>
          <w:color w:val="888888"/>
          <w:sz w:val="22"/>
        </w:rPr>
        <w:t>[Hotel Name, Address, Booking Reference]</w:t>
      </w:r>
    </w:p>
    <w:p>
      <w:r>
        <w:rPr>
          <w:b/>
          <w:sz w:val="22"/>
        </w:rPr>
        <w:t xml:space="preserve">Morning: </w:t>
      </w:r>
      <w:r>
        <w:rPr>
          <w:i/>
          <w:color w:val="888888"/>
          <w:sz w:val="22"/>
        </w:rPr>
        <w:t>[Activity — e.g., Visit Eiffel Tower, City walking tour]</w:t>
      </w:r>
    </w:p>
    <w:p>
      <w:r>
        <w:rPr>
          <w:b/>
          <w:sz w:val="22"/>
        </w:rPr>
        <w:t xml:space="preserve">Afternoon: </w:t>
      </w:r>
      <w:r>
        <w:rPr>
          <w:i/>
          <w:color w:val="888888"/>
          <w:sz w:val="22"/>
        </w:rPr>
        <w:t>[Activity — e.g., Museum visit, Shopping district, Lunch]</w:t>
      </w:r>
    </w:p>
    <w:p>
      <w:r>
        <w:rPr>
          <w:b/>
          <w:sz w:val="22"/>
        </w:rPr>
        <w:t xml:space="preserve">Evening: </w:t>
      </w:r>
      <w:r>
        <w:rPr>
          <w:i/>
          <w:color w:val="888888"/>
          <w:sz w:val="22"/>
        </w:rPr>
        <w:t>[Activity — e.g., Dinner, River cruise, Theatre show]</w:t>
      </w:r>
    </w:p>
    <w:p>
      <w:r>
        <w:rPr>
          <w:b/>
          <w:sz w:val="22"/>
        </w:rPr>
        <w:t xml:space="preserve">Transportation: </w:t>
      </w:r>
      <w:r>
        <w:rPr>
          <w:i/>
          <w:color w:val="888888"/>
          <w:sz w:val="22"/>
        </w:rPr>
        <w:t>[Walk / Metro / Taxi / Train to next city]</w:t>
      </w:r>
    </w:p>
    <w:p/>
    <w:p>
      <w:pPr>
        <w:pStyle w:val="Heading3"/>
      </w:pPr>
      <w:r>
        <w:rPr>
          <w:color w:val="1A3A5C"/>
        </w:rPr>
        <w:t>Day 7 — [Date: DD/MM/YYYY]</w:t>
      </w:r>
    </w:p>
    <w:p>
      <w:r>
        <w:rPr>
          <w:b/>
          <w:sz w:val="22"/>
        </w:rPr>
        <w:t xml:space="preserve">City: </w:t>
      </w:r>
      <w:r>
        <w:rPr>
          <w:i/>
          <w:color w:val="888888"/>
          <w:sz w:val="22"/>
        </w:rPr>
        <w:t>[Enter here]</w:t>
      </w:r>
    </w:p>
    <w:p>
      <w:r>
        <w:rPr>
          <w:b/>
          <w:sz w:val="22"/>
        </w:rPr>
        <w:t xml:space="preserve">Accommodation: </w:t>
      </w:r>
      <w:r>
        <w:rPr>
          <w:i/>
          <w:color w:val="888888"/>
          <w:sz w:val="22"/>
        </w:rPr>
        <w:t>[Hotel Name, Address, Booking Reference]</w:t>
      </w:r>
    </w:p>
    <w:p>
      <w:r>
        <w:rPr>
          <w:b/>
          <w:sz w:val="22"/>
        </w:rPr>
        <w:t xml:space="preserve">Morning: </w:t>
      </w:r>
      <w:r>
        <w:rPr>
          <w:i/>
          <w:color w:val="888888"/>
          <w:sz w:val="22"/>
        </w:rPr>
        <w:t>Check out of hotel. Transfer to [Airport].</w:t>
      </w:r>
    </w:p>
    <w:p>
      <w:r>
        <w:rPr>
          <w:b/>
          <w:sz w:val="22"/>
        </w:rPr>
        <w:t xml:space="preserve">Afternoon: </w:t>
      </w:r>
      <w:r>
        <w:rPr>
          <w:i/>
          <w:color w:val="888888"/>
          <w:sz w:val="22"/>
        </w:rPr>
        <w:t>Departure flight at [Time]</w:t>
      </w:r>
    </w:p>
    <w:p>
      <w:r>
        <w:rPr>
          <w:b/>
          <w:sz w:val="22"/>
        </w:rPr>
        <w:t xml:space="preserve">Evening: </w:t>
      </w:r>
      <w:r>
        <w:rPr>
          <w:i/>
          <w:color w:val="888888"/>
          <w:sz w:val="22"/>
        </w:rPr>
        <w:t>Arrive home at [Time]</w:t>
      </w:r>
    </w:p>
    <w:p/>
    <w:p>
      <w:pPr>
        <w:spacing w:after="160"/>
      </w:pPr>
      <w:r>
        <w:t>[Add or remove days as needed to match your actual trip duration]</w:t>
      </w:r>
    </w:p>
    <w:p>
      <w:pPr>
        <w:pStyle w:val="Heading2"/>
      </w:pPr>
      <w:r>
        <w:rPr>
          <w:color w:val="0F2A4A"/>
        </w:rPr>
        <w:t>Accommodation Summary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Dates</w:t>
            </w:r>
          </w:p>
        </w:tc>
        <w:tc>
          <w:tcPr>
            <w:tcW w:type="dxa" w:w="1728"/>
          </w:tcPr>
          <w:p>
            <w:r>
              <w:t>City</w:t>
            </w:r>
          </w:p>
        </w:tc>
        <w:tc>
          <w:tcPr>
            <w:tcW w:type="dxa" w:w="1728"/>
          </w:tcPr>
          <w:p>
            <w:r>
              <w:t>Hotel / Host</w:t>
            </w:r>
          </w:p>
        </w:tc>
        <w:tc>
          <w:tcPr>
            <w:tcW w:type="dxa" w:w="1728"/>
          </w:tcPr>
          <w:p>
            <w:r>
              <w:t>Address</w:t>
            </w:r>
          </w:p>
        </w:tc>
        <w:tc>
          <w:tcPr>
            <w:tcW w:type="dxa" w:w="1728"/>
          </w:tcPr>
          <w:p>
            <w:r>
              <w:t>Booking Ref</w:t>
            </w:r>
          </w:p>
        </w:tc>
      </w:tr>
      <w:tr>
        <w:tc>
          <w:tcPr>
            <w:tcW w:type="dxa" w:w="1728"/>
          </w:tcPr>
          <w:p>
            <w:r>
              <w:t>[Fill in]</w:t>
            </w:r>
          </w:p>
        </w:tc>
        <w:tc>
          <w:tcPr>
            <w:tcW w:type="dxa" w:w="1728"/>
          </w:tcPr>
          <w:p>
            <w:r>
              <w:t>[Fill in]</w:t>
            </w:r>
          </w:p>
        </w:tc>
        <w:tc>
          <w:tcPr>
            <w:tcW w:type="dxa" w:w="1728"/>
          </w:tcPr>
          <w:p>
            <w:r>
              <w:t>[Fill in]</w:t>
            </w:r>
          </w:p>
        </w:tc>
        <w:tc>
          <w:tcPr>
            <w:tcW w:type="dxa" w:w="1728"/>
          </w:tcPr>
          <w:p>
            <w:r>
              <w:t>[Fill in]</w:t>
            </w:r>
          </w:p>
        </w:tc>
        <w:tc>
          <w:tcPr>
            <w:tcW w:type="dxa" w:w="1728"/>
          </w:tcPr>
          <w:p>
            <w:r>
              <w:t>[Fill in]</w:t>
            </w:r>
          </w:p>
        </w:tc>
      </w:tr>
      <w:tr>
        <w:tc>
          <w:tcPr>
            <w:tcW w:type="dxa" w:w="1728"/>
          </w:tcPr>
          <w:p>
            <w:r>
              <w:t>[Fill in]</w:t>
            </w:r>
          </w:p>
        </w:tc>
        <w:tc>
          <w:tcPr>
            <w:tcW w:type="dxa" w:w="1728"/>
          </w:tcPr>
          <w:p>
            <w:r>
              <w:t>[Fill in]</w:t>
            </w:r>
          </w:p>
        </w:tc>
        <w:tc>
          <w:tcPr>
            <w:tcW w:type="dxa" w:w="1728"/>
          </w:tcPr>
          <w:p>
            <w:r>
              <w:t>[Fill in]</w:t>
            </w:r>
          </w:p>
        </w:tc>
        <w:tc>
          <w:tcPr>
            <w:tcW w:type="dxa" w:w="1728"/>
          </w:tcPr>
          <w:p>
            <w:r>
              <w:t>[Fill in]</w:t>
            </w:r>
          </w:p>
        </w:tc>
        <w:tc>
          <w:tcPr>
            <w:tcW w:type="dxa" w:w="1728"/>
          </w:tcPr>
          <w:p>
            <w:r>
              <w:t>[Fill in]</w:t>
            </w:r>
          </w:p>
        </w:tc>
      </w:tr>
      <w:tr>
        <w:tc>
          <w:tcPr>
            <w:tcW w:type="dxa" w:w="1728"/>
          </w:tcPr>
          <w:p>
            <w:r>
              <w:t>[Fill in]</w:t>
            </w:r>
          </w:p>
        </w:tc>
        <w:tc>
          <w:tcPr>
            <w:tcW w:type="dxa" w:w="1728"/>
          </w:tcPr>
          <w:p>
            <w:r>
              <w:t>[Fill in]</w:t>
            </w:r>
          </w:p>
        </w:tc>
        <w:tc>
          <w:tcPr>
            <w:tcW w:type="dxa" w:w="1728"/>
          </w:tcPr>
          <w:p>
            <w:r>
              <w:t>[Fill in]</w:t>
            </w:r>
          </w:p>
        </w:tc>
        <w:tc>
          <w:tcPr>
            <w:tcW w:type="dxa" w:w="1728"/>
          </w:tcPr>
          <w:p>
            <w:r>
              <w:t>[Fill in]</w:t>
            </w:r>
          </w:p>
        </w:tc>
        <w:tc>
          <w:tcPr>
            <w:tcW w:type="dxa" w:w="1728"/>
          </w:tcPr>
          <w:p>
            <w:r>
              <w:t>[Fill in]</w:t>
            </w:r>
          </w:p>
        </w:tc>
      </w:tr>
      <w:tr>
        <w:tc>
          <w:tcPr>
            <w:tcW w:type="dxa" w:w="1728"/>
          </w:tcPr>
          <w:p>
            <w:r>
              <w:t>[Fill in]</w:t>
            </w:r>
          </w:p>
        </w:tc>
        <w:tc>
          <w:tcPr>
            <w:tcW w:type="dxa" w:w="1728"/>
          </w:tcPr>
          <w:p>
            <w:r>
              <w:t>[Fill in]</w:t>
            </w:r>
          </w:p>
        </w:tc>
        <w:tc>
          <w:tcPr>
            <w:tcW w:type="dxa" w:w="1728"/>
          </w:tcPr>
          <w:p>
            <w:r>
              <w:t>[Fill in]</w:t>
            </w:r>
          </w:p>
        </w:tc>
        <w:tc>
          <w:tcPr>
            <w:tcW w:type="dxa" w:w="1728"/>
          </w:tcPr>
          <w:p>
            <w:r>
              <w:t>[Fill in]</w:t>
            </w:r>
          </w:p>
        </w:tc>
        <w:tc>
          <w:tcPr>
            <w:tcW w:type="dxa" w:w="1728"/>
          </w:tcPr>
          <w:p>
            <w:r>
              <w:t>[Fill in]</w:t>
            </w:r>
          </w:p>
        </w:tc>
      </w:tr>
    </w:tbl>
    <w:p/>
    <w:p>
      <w:pPr>
        <w:pStyle w:val="Heading2"/>
      </w:pPr>
      <w:r>
        <w:rPr>
          <w:color w:val="0F2A4A"/>
        </w:rPr>
        <w:t>Budget Estimate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Expense Category</w:t>
            </w:r>
          </w:p>
        </w:tc>
        <w:tc>
          <w:tcPr>
            <w:tcW w:type="dxa" w:w="4320"/>
          </w:tcPr>
          <w:p>
            <w:r>
              <w:t>Estimated Cost</w:t>
            </w:r>
          </w:p>
        </w:tc>
      </w:tr>
      <w:tr>
        <w:tc>
          <w:tcPr>
            <w:tcW w:type="dxa" w:w="4320"/>
          </w:tcPr>
          <w:p>
            <w:r>
              <w:t>Flights (round-trip)</w:t>
            </w:r>
          </w:p>
        </w:tc>
        <w:tc>
          <w:tcPr>
            <w:tcW w:type="dxa" w:w="4320"/>
          </w:tcPr>
          <w:p>
            <w:r>
              <w:t>[Amount]</w:t>
            </w:r>
          </w:p>
        </w:tc>
      </w:tr>
      <w:tr>
        <w:tc>
          <w:tcPr>
            <w:tcW w:type="dxa" w:w="4320"/>
          </w:tcPr>
          <w:p>
            <w:r>
              <w:t>Accommodation (total)</w:t>
            </w:r>
          </w:p>
        </w:tc>
        <w:tc>
          <w:tcPr>
            <w:tcW w:type="dxa" w:w="4320"/>
          </w:tcPr>
          <w:p>
            <w:r>
              <w:t>[Amount]</w:t>
            </w:r>
          </w:p>
        </w:tc>
      </w:tr>
      <w:tr>
        <w:tc>
          <w:tcPr>
            <w:tcW w:type="dxa" w:w="4320"/>
          </w:tcPr>
          <w:p>
            <w:r>
              <w:t>Local transportation</w:t>
            </w:r>
          </w:p>
        </w:tc>
        <w:tc>
          <w:tcPr>
            <w:tcW w:type="dxa" w:w="4320"/>
          </w:tcPr>
          <w:p>
            <w:r>
              <w:t>[Amount]</w:t>
            </w:r>
          </w:p>
        </w:tc>
      </w:tr>
      <w:tr>
        <w:tc>
          <w:tcPr>
            <w:tcW w:type="dxa" w:w="4320"/>
          </w:tcPr>
          <w:p>
            <w:r>
              <w:t>Food &amp; dining</w:t>
            </w:r>
          </w:p>
        </w:tc>
        <w:tc>
          <w:tcPr>
            <w:tcW w:type="dxa" w:w="4320"/>
          </w:tcPr>
          <w:p>
            <w:r>
              <w:t>[Amount]</w:t>
            </w:r>
          </w:p>
        </w:tc>
      </w:tr>
      <w:tr>
        <w:tc>
          <w:tcPr>
            <w:tcW w:type="dxa" w:w="4320"/>
          </w:tcPr>
          <w:p>
            <w:r>
              <w:t>Activities &amp; attractions</w:t>
            </w:r>
          </w:p>
        </w:tc>
        <w:tc>
          <w:tcPr>
            <w:tcW w:type="dxa" w:w="4320"/>
          </w:tcPr>
          <w:p>
            <w:r>
              <w:t>[Amount]</w:t>
            </w:r>
          </w:p>
        </w:tc>
      </w:tr>
      <w:tr>
        <w:tc>
          <w:tcPr>
            <w:tcW w:type="dxa" w:w="4320"/>
          </w:tcPr>
          <w:p>
            <w:r>
              <w:t>Travel insurance</w:t>
            </w:r>
          </w:p>
        </w:tc>
        <w:tc>
          <w:tcPr>
            <w:tcW w:type="dxa" w:w="4320"/>
          </w:tcPr>
          <w:p>
            <w:r>
              <w:t>[Amount]</w:t>
            </w:r>
          </w:p>
        </w:tc>
      </w:tr>
      <w:tr>
        <w:tc>
          <w:tcPr>
            <w:tcW w:type="dxa" w:w="4320"/>
          </w:tcPr>
          <w:p>
            <w:r>
              <w:t>TOTAL</w:t>
            </w:r>
          </w:p>
        </w:tc>
        <w:tc>
          <w:tcPr>
            <w:tcW w:type="dxa" w:w="4320"/>
          </w:tcPr>
          <w:p>
            <w:r>
              <w:t>[Total Amount]</w:t>
            </w:r>
          </w:p>
        </w:tc>
      </w:tr>
    </w:tbl>
    <w:p/>
    <w:p>
      <w:pPr>
        <w:pStyle w:val="Heading2"/>
      </w:pPr>
      <w:r>
        <w:rPr>
          <w:color w:val="0F2A4A"/>
        </w:rPr>
        <w:t>Emergency Contacts</w:t>
      </w:r>
    </w:p>
    <w:p>
      <w:r>
        <w:rPr>
          <w:b/>
          <w:sz w:val="22"/>
        </w:rPr>
        <w:t xml:space="preserve">Emergency Contact at Home: </w:t>
      </w:r>
      <w:r>
        <w:rPr>
          <w:i/>
          <w:color w:val="888888"/>
          <w:sz w:val="22"/>
        </w:rPr>
        <w:t>[Name, Phone Number, Relationship]</w:t>
      </w:r>
    </w:p>
    <w:p>
      <w:r>
        <w:rPr>
          <w:b/>
          <w:sz w:val="22"/>
        </w:rPr>
        <w:t xml:space="preserve">Embassy/Consulate in Destination: </w:t>
      </w:r>
      <w:r>
        <w:rPr>
          <w:i/>
          <w:color w:val="888888"/>
          <w:sz w:val="22"/>
        </w:rPr>
        <w:t>[Address, Phone Number]</w:t>
      </w:r>
    </w:p>
    <w:p>
      <w:r>
        <w:rPr>
          <w:b/>
          <w:sz w:val="22"/>
        </w:rPr>
        <w:t xml:space="preserve">Travel Insurance Emergency Line: </w:t>
      </w:r>
      <w:r>
        <w:rPr>
          <w:i/>
          <w:color w:val="888888"/>
          <w:sz w:val="22"/>
        </w:rPr>
        <w:t>[Phone Number, Policy Number]</w:t>
      </w:r>
    </w:p>
    <w:p>
      <w:r>
        <w:rPr>
          <w:b/>
          <w:sz w:val="22"/>
        </w:rPr>
        <w:t xml:space="preserve">Hotel Contact: </w:t>
      </w:r>
      <w:r>
        <w:rPr>
          <w:i/>
          <w:color w:val="888888"/>
          <w:sz w:val="22"/>
        </w:rPr>
        <w:t>[Phone Number]</w:t>
      </w:r>
    </w:p>
    <w:p/>
    <w:p>
      <w:pPr>
        <w:pStyle w:val="Heading2"/>
      </w:pPr>
      <w:r>
        <w:rPr>
          <w:color w:val="0D9488"/>
        </w:rPr>
        <w:t>Tips for a Strong Itinerary</w:t>
      </w:r>
    </w:p>
    <w:p>
      <w:pPr>
        <w:pStyle w:val="ListBullet"/>
      </w:pPr>
      <w:r>
        <w:t>Keep it realistic — don't cram too many activities into one day</w:t>
      </w:r>
    </w:p>
    <w:p>
      <w:pPr>
        <w:pStyle w:val="ListBullet"/>
      </w:pPr>
      <w:r>
        <w:t>Match your itinerary exactly to your flight and hotel bookings</w:t>
      </w:r>
    </w:p>
    <w:p>
      <w:pPr>
        <w:pStyle w:val="ListBullet"/>
      </w:pPr>
      <w:r>
        <w:t>If visiting multiple countries (Schengen), show your route logically</w:t>
      </w:r>
    </w:p>
    <w:p>
      <w:pPr>
        <w:pStyle w:val="ListBullet"/>
      </w:pPr>
      <w:r>
        <w:t>Include rest days to show your trip is genuine, not just a list of attractions</w:t>
      </w:r>
    </w:p>
    <w:p>
      <w:pPr>
        <w:pStyle w:val="ListBullet"/>
      </w:pPr>
      <w:r>
        <w:t>Mention specific restaurant names or areas for meals to add authenticity</w:t>
      </w:r>
    </w:p>
    <w:p>
      <w:pPr>
        <w:pStyle w:val="ListBullet"/>
      </w:pPr>
      <w:r>
        <w:t>For business trips, include meeting times and company addresses</w:t>
      </w:r>
    </w:p>
    <w:p>
      <w:pPr>
        <w:pStyle w:val="ListBullet"/>
      </w:pPr>
      <w:r>
        <w:t>Print on A4 paper and include in your application package</w:t>
      </w:r>
    </w:p>
    <w:p/>
    <w:p>
      <w:r>
        <w:t>————————————————————————————————————————</w:t>
      </w:r>
    </w:p>
    <w:p>
      <w:r>
        <w:rPr>
          <w:color w:val="0D9488"/>
          <w:sz w:val="18"/>
        </w:rPr>
        <w:t>This template is provided free of charge by MyDummyTicket.com</w:t>
        <w:br/>
      </w:r>
      <w:r>
        <w:rPr>
          <w:color w:val="555555"/>
          <w:sz w:val="18"/>
        </w:rPr>
        <w:t>Need a verifiable flight reservation for your visa? Visit https://mydummyticket.com</w:t>
        <w:br/>
      </w:r>
      <w:r>
        <w:rPr>
          <w:i/>
          <w:color w:val="AAAAAA"/>
          <w:sz w:val="16"/>
        </w:rPr>
        <w:t>Disclaimer: This template is for guidance only. Requirements vary by embassy and country. Always verify current requirements with the specific consulate or embassy you are applying to.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