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F2A4A"/>
          <w:sz w:val="44"/>
        </w:rPr>
        <w:t>US Tourist Visa (B1/B2) Document Checklist</w:t>
      </w:r>
    </w:p>
    <w:p>
      <w:r>
        <w:rPr>
          <w:i/>
          <w:color w:val="555555"/>
          <w:sz w:val="22"/>
        </w:rPr>
        <w:t>Complete checklist of documents required for US B1/B2 tourist and business visa application. Tick off each item as you prepare your application package.</w:t>
      </w:r>
    </w:p>
    <w:p>
      <w:r>
        <w:rPr>
          <w:b/>
          <w:color w:val="0D9488"/>
          <w:sz w:val="18"/>
        </w:rPr>
        <w:t>Provided free by MyDummyTicket.com — Trusted by 50,000+ travellers worldwide</w:t>
      </w:r>
    </w:p>
    <w:p/>
    <w:p>
      <w:pPr>
        <w:pStyle w:val="Heading2"/>
      </w:pPr>
      <w:r>
        <w:rPr>
          <w:color w:val="0F2A4A"/>
        </w:rPr>
        <w:t>Before You Begin</w:t>
      </w:r>
    </w:p>
    <w:p>
      <w:pPr>
        <w:spacing w:after="160"/>
      </w:pPr>
      <w:r>
        <w:t>The US B1/B2 visa is a non-immigrant visa for temporary visitors to the United States for business (B1) or tourism, pleasure, or medical treatment (B2). The application process involves completing the DS-160 form online, paying the visa fee, and attending an interview at the US Embassy or Consulate in your country.</w:t>
      </w:r>
    </w:p>
    <w:p>
      <w:pPr>
        <w:spacing w:after="160"/>
      </w:pPr>
      <w:r>
        <w:t>While the embassy does not publish a fixed list of required documents, the following comprehensive checklist is based on thousands of successful applications and covers everything visa officers typically expect to see.</w:t>
      </w:r>
    </w:p>
    <w:p>
      <w:pPr>
        <w:pStyle w:val="Heading2"/>
      </w:pPr>
      <w:r>
        <w:rPr>
          <w:color w:val="0F2A4A"/>
        </w:rPr>
        <w:t>Essential Documents (Must-Have)</w:t>
      </w:r>
    </w:p>
    <w:p>
      <w:pPr>
        <w:pStyle w:val="Heading3"/>
      </w:pPr>
      <w:r>
        <w:rPr>
          <w:color w:val="1A3A5C"/>
        </w:rPr>
        <w:t>Passport &amp; Identification</w:t>
      </w:r>
    </w:p>
    <w:p>
      <w:pPr>
        <w:pStyle w:val="ListBullet"/>
      </w:pPr>
      <w:r>
        <w:t>[ ] Valid passport — must be valid for at least 6 months beyond your intended stay</w:t>
      </w:r>
    </w:p>
    <w:p>
      <w:pPr>
        <w:pStyle w:val="ListBullet"/>
      </w:pPr>
      <w:r>
        <w:t>[ ] Old/expired passports showing previous travel history</w:t>
      </w:r>
    </w:p>
    <w:p>
      <w:pPr>
        <w:pStyle w:val="ListBullet"/>
      </w:pPr>
      <w:r>
        <w:t>[ ] DS-160 confirmation page with barcode</w:t>
      </w:r>
    </w:p>
    <w:p>
      <w:pPr>
        <w:pStyle w:val="ListBullet"/>
      </w:pPr>
      <w:r>
        <w:t>[ ] Visa appointment confirmation letter</w:t>
      </w:r>
    </w:p>
    <w:p>
      <w:pPr>
        <w:pStyle w:val="ListBullet"/>
      </w:pPr>
      <w:r>
        <w:t>[ ] Visa fee payment receipt (MRV fee receipt)</w:t>
      </w:r>
    </w:p>
    <w:p>
      <w:pPr>
        <w:pStyle w:val="ListBullet"/>
      </w:pPr>
      <w:r>
        <w:t>[ ] Two recent passport-sized photographs (51mm x 51mm, white background, taken within last 6 months)</w:t>
      </w:r>
    </w:p>
    <w:p>
      <w:pPr>
        <w:pStyle w:val="Heading3"/>
      </w:pPr>
      <w:r>
        <w:rPr>
          <w:color w:val="1A3A5C"/>
        </w:rPr>
        <w:t>Financial Documents</w:t>
      </w:r>
    </w:p>
    <w:p>
      <w:pPr>
        <w:pStyle w:val="ListBullet"/>
      </w:pPr>
      <w:r>
        <w:t>[ ] Bank statements — last 6 months (all accounts)</w:t>
      </w:r>
    </w:p>
    <w:p>
      <w:pPr>
        <w:pStyle w:val="ListBullet"/>
      </w:pPr>
      <w:r>
        <w:t>[ ] Fixed deposit certificates (if any)</w:t>
      </w:r>
    </w:p>
    <w:p>
      <w:pPr>
        <w:pStyle w:val="ListBullet"/>
      </w:pPr>
      <w:r>
        <w:t>[ ] Salary slips — last 3-6 months</w:t>
      </w:r>
    </w:p>
    <w:p>
      <w:pPr>
        <w:pStyle w:val="ListBullet"/>
      </w:pPr>
      <w:r>
        <w:t>[ ] Income tax returns (ITR) — last 2-3 years</w:t>
      </w:r>
    </w:p>
    <w:p>
      <w:pPr>
        <w:pStyle w:val="ListBullet"/>
      </w:pPr>
      <w:r>
        <w:t>[ ] Credit card statements (optional, shows spending capacity)</w:t>
      </w:r>
    </w:p>
    <w:p>
      <w:pPr>
        <w:pStyle w:val="ListBullet"/>
      </w:pPr>
      <w:r>
        <w:t>[ ] Investment portfolio / mutual fund statements (if applicable)</w:t>
      </w:r>
    </w:p>
    <w:p>
      <w:pPr>
        <w:pStyle w:val="ListBullet"/>
      </w:pPr>
      <w:r>
        <w:t>[ ] Property valuation documents (if you own property)</w:t>
      </w:r>
    </w:p>
    <w:p>
      <w:pPr>
        <w:pStyle w:val="Heading3"/>
      </w:pPr>
      <w:r>
        <w:rPr>
          <w:color w:val="1A3A5C"/>
        </w:rPr>
        <w:t>Employment &amp; Business Documents</w:t>
      </w:r>
    </w:p>
    <w:p>
      <w:pPr>
        <w:pStyle w:val="ListBullet"/>
      </w:pPr>
      <w:r>
        <w:t>[ ] Employment letter — confirming job title, salary, tenure, and approved leave</w:t>
      </w:r>
    </w:p>
    <w:p>
      <w:pPr>
        <w:pStyle w:val="ListBullet"/>
      </w:pPr>
      <w:r>
        <w:t>[ ] Company ID card</w:t>
      </w:r>
    </w:p>
    <w:p>
      <w:pPr>
        <w:pStyle w:val="ListBullet"/>
      </w:pPr>
      <w:r>
        <w:t>[ ] Business registration documents (if self-employed)</w:t>
      </w:r>
    </w:p>
    <w:p>
      <w:pPr>
        <w:pStyle w:val="ListBullet"/>
      </w:pPr>
      <w:r>
        <w:t>[ ] Company bank statements (if business owner)</w:t>
      </w:r>
    </w:p>
    <w:p>
      <w:pPr>
        <w:pStyle w:val="ListBullet"/>
      </w:pPr>
      <w:r>
        <w:t>[ ] Recent tax filings for business (if self-employed)</w:t>
      </w:r>
    </w:p>
    <w:p>
      <w:pPr>
        <w:pStyle w:val="ListBullet"/>
      </w:pPr>
      <w:r>
        <w:t>[ ] University enrolment letter and transcripts (if student)</w:t>
      </w:r>
    </w:p>
    <w:p>
      <w:pPr>
        <w:pStyle w:val="Heading3"/>
      </w:pPr>
      <w:r>
        <w:rPr>
          <w:color w:val="1A3A5C"/>
        </w:rPr>
        <w:t>Travel Documents</w:t>
      </w:r>
    </w:p>
    <w:p>
      <w:pPr>
        <w:pStyle w:val="ListBullet"/>
      </w:pPr>
      <w:r>
        <w:t>[ ] Flight reservation / itinerary (round-trip)</w:t>
      </w:r>
    </w:p>
    <w:p>
      <w:pPr>
        <w:pStyle w:val="ListBullet"/>
      </w:pPr>
      <w:r>
        <w:t>[ ] Hotel booking confirmations</w:t>
      </w:r>
    </w:p>
    <w:p>
      <w:pPr>
        <w:pStyle w:val="ListBullet"/>
      </w:pPr>
      <w:r>
        <w:t>[ ] Detailed day-by-day travel itinerary</w:t>
      </w:r>
    </w:p>
    <w:p>
      <w:pPr>
        <w:pStyle w:val="ListBullet"/>
      </w:pPr>
      <w:r>
        <w:t>[ ] Travel insurance policy (recommended, not mandatory)</w:t>
      </w:r>
    </w:p>
    <w:p>
      <w:pPr>
        <w:pStyle w:val="Heading2"/>
      </w:pPr>
      <w:r>
        <w:rPr>
          <w:color w:val="0F2A4A"/>
        </w:rPr>
        <w:t>Supporting Documents (Strongly Recommended)</w:t>
      </w:r>
    </w:p>
    <w:p>
      <w:pPr>
        <w:pStyle w:val="Heading3"/>
      </w:pPr>
      <w:r>
        <w:rPr>
          <w:color w:val="1A3A5C"/>
        </w:rPr>
        <w:t>Proof of Ties to Home Country</w:t>
      </w:r>
    </w:p>
    <w:p>
      <w:pPr>
        <w:pStyle w:val="ListBullet"/>
      </w:pPr>
      <w:r>
        <w:t>[ ] Property ownership documents (house, land, vehicle)</w:t>
      </w:r>
    </w:p>
    <w:p>
      <w:pPr>
        <w:pStyle w:val="ListBullet"/>
      </w:pPr>
      <w:r>
        <w:t>[ ] Marriage certificate</w:t>
      </w:r>
    </w:p>
    <w:p>
      <w:pPr>
        <w:pStyle w:val="ListBullet"/>
      </w:pPr>
      <w:r>
        <w:t>[ ] Birth certificates of children</w:t>
      </w:r>
    </w:p>
    <w:p>
      <w:pPr>
        <w:pStyle w:val="ListBullet"/>
      </w:pPr>
      <w:r>
        <w:t>[ ] Family photographs</w:t>
      </w:r>
    </w:p>
    <w:p>
      <w:pPr>
        <w:pStyle w:val="ListBullet"/>
      </w:pPr>
      <w:r>
        <w:t>[ ] Proof of ongoing commitments (education, lease agreements)</w:t>
      </w:r>
    </w:p>
    <w:p>
      <w:pPr>
        <w:pStyle w:val="Heading3"/>
      </w:pPr>
      <w:r>
        <w:rPr>
          <w:color w:val="1A3A5C"/>
        </w:rPr>
        <w:t>If Visiting Family/Friends in the US</w:t>
      </w:r>
    </w:p>
    <w:p>
      <w:pPr>
        <w:pStyle w:val="ListBullet"/>
      </w:pPr>
      <w:r>
        <w:t>[ ] Invitation letter from host in the US</w:t>
      </w:r>
    </w:p>
    <w:p>
      <w:pPr>
        <w:pStyle w:val="ListBullet"/>
      </w:pPr>
      <w:r>
        <w:t>[ ] Host's proof of legal status (green card, visa, citizenship)</w:t>
      </w:r>
    </w:p>
    <w:p>
      <w:pPr>
        <w:pStyle w:val="ListBullet"/>
      </w:pPr>
      <w:r>
        <w:t>[ ] Host's recent utility bill or bank statement</w:t>
      </w:r>
    </w:p>
    <w:p>
      <w:pPr>
        <w:pStyle w:val="ListBullet"/>
      </w:pPr>
      <w:r>
        <w:t>[ ] Proof of relationship (photos, communication records)</w:t>
      </w:r>
    </w:p>
    <w:p>
      <w:pPr>
        <w:pStyle w:val="Heading3"/>
      </w:pPr>
      <w:r>
        <w:rPr>
          <w:color w:val="1A3A5C"/>
        </w:rPr>
        <w:t>If Attending Business Meetings/Conference</w:t>
      </w:r>
    </w:p>
    <w:p>
      <w:pPr>
        <w:pStyle w:val="ListBullet"/>
      </w:pPr>
      <w:r>
        <w:t>[ ] Invitation letter from US company/organisation</w:t>
      </w:r>
    </w:p>
    <w:p>
      <w:pPr>
        <w:pStyle w:val="ListBullet"/>
      </w:pPr>
      <w:r>
        <w:t>[ ] Conference registration confirmation</w:t>
      </w:r>
    </w:p>
    <w:p>
      <w:pPr>
        <w:pStyle w:val="ListBullet"/>
      </w:pPr>
      <w:r>
        <w:t>[ ] Letter from your employer explaining the business purpose</w:t>
      </w:r>
    </w:p>
    <w:p>
      <w:pPr>
        <w:pStyle w:val="Heading3"/>
      </w:pPr>
      <w:r>
        <w:rPr>
          <w:color w:val="1A3A5C"/>
        </w:rPr>
        <w:t>If Sponsored by Someone</w:t>
      </w:r>
    </w:p>
    <w:p>
      <w:pPr>
        <w:pStyle w:val="ListBullet"/>
      </w:pPr>
      <w:r>
        <w:t>[ ] Sponsor's affidavit of support (Form I-134)</w:t>
      </w:r>
    </w:p>
    <w:p>
      <w:pPr>
        <w:pStyle w:val="ListBullet"/>
      </w:pPr>
      <w:r>
        <w:t>[ ] Sponsor's bank statements (last 6 months)</w:t>
      </w:r>
    </w:p>
    <w:p>
      <w:pPr>
        <w:pStyle w:val="ListBullet"/>
      </w:pPr>
      <w:r>
        <w:t>[ ] Sponsor's employment letter</w:t>
      </w:r>
    </w:p>
    <w:p>
      <w:pPr>
        <w:pStyle w:val="ListBullet"/>
      </w:pPr>
      <w:r>
        <w:t>[ ] Sponsor's tax returns</w:t>
      </w:r>
    </w:p>
    <w:p>
      <w:pPr>
        <w:pStyle w:val="ListBullet"/>
      </w:pPr>
      <w:r>
        <w:t>[ ] Proof of relationship to sponsor</w:t>
      </w:r>
    </w:p>
    <w:p>
      <w:pPr>
        <w:pStyle w:val="Heading2"/>
      </w:pPr>
      <w:r>
        <w:rPr>
          <w:color w:val="0F2A4A"/>
        </w:rPr>
        <w:t>Previous Travel History</w:t>
      </w:r>
    </w:p>
    <w:p>
      <w:pPr>
        <w:pStyle w:val="ListBullet"/>
      </w:pPr>
      <w:r>
        <w:t>[ ] Copies of all previous visas (US and other countries)</w:t>
      </w:r>
    </w:p>
    <w:p>
      <w:pPr>
        <w:pStyle w:val="ListBullet"/>
      </w:pPr>
      <w:r>
        <w:t>[ ] Previous US visa approval/denial letters</w:t>
      </w:r>
    </w:p>
    <w:p>
      <w:pPr>
        <w:pStyle w:val="ListBullet"/>
      </w:pPr>
      <w:r>
        <w:t>[ ] Schengen, UK, Canada, Australia visa copies (shows travel credibility)</w:t>
      </w:r>
    </w:p>
    <w:p>
      <w:pPr>
        <w:pStyle w:val="Heading2"/>
      </w:pPr>
      <w:r>
        <w:rPr>
          <w:color w:val="0F2A4A"/>
        </w:rPr>
        <w:t>Interview Preparation Tips</w:t>
      </w:r>
    </w:p>
    <w:p>
      <w:pPr>
        <w:pStyle w:val="ListNumber"/>
      </w:pPr>
      <w:r>
        <w:t>Arrive 15-30 minutes before your appointment time</w:t>
      </w:r>
    </w:p>
    <w:p>
      <w:pPr>
        <w:pStyle w:val="ListNumber"/>
      </w:pPr>
      <w:r>
        <w:t>Dress formally and professionally</w:t>
      </w:r>
    </w:p>
    <w:p>
      <w:pPr>
        <w:pStyle w:val="ListNumber"/>
      </w:pPr>
      <w:r>
        <w:t>Keep all documents organised in a clear folder — most important on top</w:t>
      </w:r>
    </w:p>
    <w:p>
      <w:pPr>
        <w:pStyle w:val="ListNumber"/>
      </w:pPr>
      <w:r>
        <w:t>Answer questions honestly, briefly, and confidently</w:t>
      </w:r>
    </w:p>
    <w:p>
      <w:pPr>
        <w:pStyle w:val="ListNumber"/>
      </w:pPr>
      <w:r>
        <w:t>Do NOT volunteer extra information — answer only what is asked</w:t>
      </w:r>
    </w:p>
    <w:p>
      <w:pPr>
        <w:pStyle w:val="ListNumber"/>
      </w:pPr>
      <w:r>
        <w:t>Be clear about your travel purpose and return plans</w:t>
      </w:r>
    </w:p>
    <w:p>
      <w:pPr>
        <w:pStyle w:val="ListNumber"/>
      </w:pPr>
      <w:r>
        <w:t>If asked about finances, point to specific bank statements</w:t>
      </w:r>
    </w:p>
    <w:p>
      <w:pPr>
        <w:pStyle w:val="ListNumber"/>
      </w:pPr>
      <w:r>
        <w:t>Stay calm even if the officer seems strict — it is standard procedure</w:t>
      </w:r>
    </w:p>
    <w:p>
      <w:pPr>
        <w:pStyle w:val="Heading2"/>
      </w:pPr>
      <w:r>
        <w:rPr>
          <w:color w:val="0F2A4A"/>
        </w:rPr>
        <w:t>Common Interview Questions</w:t>
      </w:r>
    </w:p>
    <w:p>
      <w:pPr>
        <w:pStyle w:val="ListBullet"/>
      </w:pPr>
      <w:r>
        <w:t>What is the purpose of your visit to the United States?</w:t>
      </w:r>
    </w:p>
    <w:p>
      <w:pPr>
        <w:pStyle w:val="ListBullet"/>
      </w:pPr>
      <w:r>
        <w:t>How long do you plan to stay?</w:t>
      </w:r>
    </w:p>
    <w:p>
      <w:pPr>
        <w:pStyle w:val="ListBullet"/>
      </w:pPr>
      <w:r>
        <w:t>Who is funding your trip?</w:t>
      </w:r>
    </w:p>
    <w:p>
      <w:pPr>
        <w:pStyle w:val="ListBullet"/>
      </w:pPr>
      <w:r>
        <w:t>What do you do for a living? What is your salary?</w:t>
      </w:r>
    </w:p>
    <w:p>
      <w:pPr>
        <w:pStyle w:val="ListBullet"/>
      </w:pPr>
      <w:r>
        <w:t>Do you have family in the US?</w:t>
      </w:r>
    </w:p>
    <w:p>
      <w:pPr>
        <w:pStyle w:val="ListBullet"/>
      </w:pPr>
      <w:r>
        <w:t>Have you been to the US before?</w:t>
      </w:r>
    </w:p>
    <w:p>
      <w:pPr>
        <w:pStyle w:val="ListBullet"/>
      </w:pPr>
      <w:r>
        <w:t>Why should we believe you will return to your home country?</w:t>
      </w:r>
    </w:p>
    <w:p>
      <w:pPr>
        <w:pStyle w:val="ListBullet"/>
      </w:pPr>
      <w:r>
        <w:t>Where will you be staying in the US?</w:t>
      </w:r>
    </w:p>
    <w:p>
      <w:pPr>
        <w:pStyle w:val="Heading2"/>
      </w:pPr>
      <w:r>
        <w:rPr>
          <w:color w:val="0F2A4A"/>
        </w:rPr>
        <w:t>Important Notes</w:t>
      </w:r>
    </w:p>
    <w:p>
      <w:pPr>
        <w:pStyle w:val="ListBullet"/>
      </w:pPr>
      <w:r>
        <w:t>Do NOT book confirmed flights before your visa is approved — use a flight reservation/dummy ticket instead</w:t>
      </w:r>
    </w:p>
    <w:p>
      <w:pPr>
        <w:pStyle w:val="ListBullet"/>
      </w:pPr>
      <w:r>
        <w:t>All documents should be originals with photocopies</w:t>
      </w:r>
    </w:p>
    <w:p>
      <w:pPr>
        <w:pStyle w:val="ListBullet"/>
      </w:pPr>
      <w:r>
        <w:t>Translate any documents not in English into English (certified translation)</w:t>
      </w:r>
    </w:p>
    <w:p>
      <w:pPr>
        <w:pStyle w:val="ListBullet"/>
      </w:pPr>
      <w:r>
        <w:t>Keep documents in logical order in a clear folder</w:t>
      </w:r>
    </w:p>
    <w:p>
      <w:pPr>
        <w:pStyle w:val="ListBullet"/>
      </w:pPr>
      <w:r>
        <w:t>The visa officer may not ask to see all documents — but having them shows preparation</w:t>
      </w:r>
    </w:p>
    <w:p/>
    <w:p>
      <w:r>
        <w:t>————————————————————————————————————————</w:t>
      </w:r>
    </w:p>
    <w:p>
      <w:r>
        <w:rPr>
          <w:color w:val="0D9488"/>
          <w:sz w:val="18"/>
        </w:rPr>
        <w:t>This template is provided free of charge by MyDummyTicket.com</w:t>
        <w:br/>
      </w:r>
      <w:r>
        <w:rPr>
          <w:color w:val="555555"/>
          <w:sz w:val="18"/>
        </w:rPr>
        <w:t>Need a verifiable flight reservation for your visa? Visit https://mydummyticket.com</w:t>
        <w:br/>
      </w:r>
      <w:r>
        <w:rPr>
          <w:i/>
          <w:color w:val="AAAAAA"/>
          <w:sz w:val="16"/>
        </w:rPr>
        <w:t>Disclaimer: This template is for guidance only. Requirements vary by embassy and country. Always verify current requirements with the specific consulate or embassy you are applying to.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Calibri" w:hAnsi="Calibri"/>
      <w:color w:val="33333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