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F2A4A"/>
          <w:sz w:val="44"/>
        </w:rPr>
        <w:t>Visa Interview Tips &amp; Common Questions Guide</w:t>
      </w:r>
    </w:p>
    <w:p>
      <w:r>
        <w:rPr>
          <w:i/>
          <w:color w:val="555555"/>
          <w:sz w:val="22"/>
        </w:rPr>
        <w:t>Expert tips and strategies for embassy visa interviews. Covers Schengen, US, UK, Canada, and Australia visa interviews with sample answers.</w:t>
      </w:r>
    </w:p>
    <w:p>
      <w:r>
        <w:rPr>
          <w:b/>
          <w:color w:val="0D9488"/>
          <w:sz w:val="18"/>
        </w:rPr>
        <w:t>Provided free by MyDummyTicket.com — Trusted by 50,000+ travellers worldwide</w:t>
      </w:r>
    </w:p>
    <w:p/>
    <w:p>
      <w:pPr>
        <w:pStyle w:val="Heading2"/>
      </w:pPr>
      <w:r>
        <w:rPr>
          <w:color w:val="0F2A4A"/>
        </w:rPr>
        <w:t>Why the Visa Interview Matters</w:t>
      </w:r>
    </w:p>
    <w:p>
      <w:pPr>
        <w:spacing w:after="160"/>
      </w:pPr>
      <w:r>
        <w:t>The visa interview is often the most stressful part of the application process, but with proper preparation, it can be straightforward. The visa officer's primary goal is to determine whether you are a genuine visitor who will return to your home country. This guide will help you understand what they're looking for and how to present yourself confidently.</w:t>
      </w:r>
    </w:p>
    <w:p>
      <w:pPr>
        <w:pStyle w:val="Heading2"/>
      </w:pPr>
      <w:r>
        <w:rPr>
          <w:color w:val="0F2A4A"/>
        </w:rPr>
        <w:t>Before the Interview</w:t>
      </w:r>
    </w:p>
    <w:p>
      <w:pPr>
        <w:pStyle w:val="Heading3"/>
      </w:pPr>
      <w:r>
        <w:rPr>
          <w:color w:val="1A3A5C"/>
        </w:rPr>
        <w:t>Preparation Checklist</w:t>
      </w:r>
    </w:p>
    <w:p>
      <w:pPr>
        <w:pStyle w:val="ListBullet"/>
      </w:pPr>
      <w:r>
        <w:t>Review your application form — know every detail you submitted</w:t>
      </w:r>
    </w:p>
    <w:p>
      <w:pPr>
        <w:pStyle w:val="ListBullet"/>
      </w:pPr>
      <w:r>
        <w:t>Organise all documents in a clear folder with tabs or labels</w:t>
      </w:r>
    </w:p>
    <w:p>
      <w:pPr>
        <w:pStyle w:val="ListBullet"/>
      </w:pPr>
      <w:r>
        <w:t>Place the most important documents on top (passport, appointment letter, financials)</w:t>
      </w:r>
    </w:p>
    <w:p>
      <w:pPr>
        <w:pStyle w:val="ListBullet"/>
      </w:pPr>
      <w:r>
        <w:t>Practise answering common questions out loud — in the language of the interview</w:t>
      </w:r>
    </w:p>
    <w:p>
      <w:pPr>
        <w:pStyle w:val="ListBullet"/>
      </w:pPr>
      <w:r>
        <w:t>Prepare a one-sentence answer for 'Why are you visiting?' and expand only if asked</w:t>
      </w:r>
    </w:p>
    <w:p>
      <w:pPr>
        <w:pStyle w:val="ListBullet"/>
      </w:pPr>
      <w:r>
        <w:t>Know your exact travel dates, destinations, and accommodation details by heart</w:t>
      </w:r>
    </w:p>
    <w:p>
      <w:pPr>
        <w:pStyle w:val="ListBullet"/>
      </w:pPr>
      <w:r>
        <w:t>If visiting family, know their full name, address, and relationship clearly</w:t>
      </w:r>
    </w:p>
    <w:p>
      <w:pPr>
        <w:pStyle w:val="ListBullet"/>
      </w:pPr>
      <w:r>
        <w:t>Dress professionally — smart casual at minimum, formal is better</w:t>
      </w:r>
    </w:p>
    <w:p>
      <w:pPr>
        <w:pStyle w:val="Heading3"/>
      </w:pPr>
      <w:r>
        <w:rPr>
          <w:color w:val="1A3A5C"/>
        </w:rPr>
        <w:t>What to Bring</w:t>
      </w:r>
    </w:p>
    <w:p>
      <w:pPr>
        <w:pStyle w:val="ListBullet"/>
      </w:pPr>
      <w:r>
        <w:t>Appointment confirmation</w:t>
      </w:r>
    </w:p>
    <w:p>
      <w:pPr>
        <w:pStyle w:val="ListBullet"/>
      </w:pPr>
      <w:r>
        <w:t>Valid passport and old passports</w:t>
      </w:r>
    </w:p>
    <w:p>
      <w:pPr>
        <w:pStyle w:val="ListBullet"/>
      </w:pPr>
      <w:r>
        <w:t>Printed application form / DS-160 confirmation</w:t>
      </w:r>
    </w:p>
    <w:p>
      <w:pPr>
        <w:pStyle w:val="ListBullet"/>
      </w:pPr>
      <w:r>
        <w:t>All supporting documents (originals + photocopies)</w:t>
      </w:r>
    </w:p>
    <w:p>
      <w:pPr>
        <w:pStyle w:val="ListBullet"/>
      </w:pPr>
      <w:r>
        <w:t>Flight reservation and hotel bookings</w:t>
      </w:r>
    </w:p>
    <w:p>
      <w:pPr>
        <w:pStyle w:val="ListBullet"/>
      </w:pPr>
      <w:r>
        <w:t>Financial documents (bank statements, payslips)</w:t>
      </w:r>
    </w:p>
    <w:p>
      <w:pPr>
        <w:pStyle w:val="ListBullet"/>
      </w:pPr>
      <w:r>
        <w:t>Employment letter / NOC</w:t>
      </w:r>
    </w:p>
    <w:p>
      <w:pPr>
        <w:pStyle w:val="ListBullet"/>
      </w:pPr>
      <w:r>
        <w:t>Cover letter (if applicable)</w:t>
      </w:r>
    </w:p>
    <w:p>
      <w:pPr>
        <w:pStyle w:val="Heading2"/>
      </w:pPr>
      <w:r>
        <w:rPr>
          <w:color w:val="0F2A4A"/>
        </w:rPr>
        <w:t>During the Interview — Key Principles</w:t>
      </w:r>
    </w:p>
    <w:p>
      <w:pPr>
        <w:pStyle w:val="ListNumber"/>
      </w:pPr>
      <w:r>
        <w:t>Be honest — never lie or exaggerate. If caught, you risk a permanent ban.</w:t>
      </w:r>
    </w:p>
    <w:p>
      <w:pPr>
        <w:pStyle w:val="ListNumber"/>
      </w:pPr>
      <w:r>
        <w:t>Be concise — answer the question directly, then stop. Do not over-explain.</w:t>
      </w:r>
    </w:p>
    <w:p>
      <w:pPr>
        <w:pStyle w:val="ListNumber"/>
      </w:pPr>
      <w:r>
        <w:t>Be confident — maintain eye contact, speak clearly, and don't fidget.</w:t>
      </w:r>
    </w:p>
    <w:p>
      <w:pPr>
        <w:pStyle w:val="ListNumber"/>
      </w:pPr>
      <w:r>
        <w:t>Be positive — show enthusiasm about your trip, not desperation for the visa.</w:t>
      </w:r>
    </w:p>
    <w:p>
      <w:pPr>
        <w:pStyle w:val="ListNumber"/>
      </w:pPr>
      <w:r>
        <w:t>Be respectful — address the officer politely, even if they seem stern.</w:t>
      </w:r>
    </w:p>
    <w:p>
      <w:pPr>
        <w:pStyle w:val="ListNumber"/>
      </w:pPr>
      <w:r>
        <w:t>Don't volunteer information — let the officer guide the conversation.</w:t>
      </w:r>
    </w:p>
    <w:p>
      <w:pPr>
        <w:pStyle w:val="ListNumber"/>
      </w:pPr>
      <w:r>
        <w:t>Don't argue — if the officer challenges something, calmly explain your position.</w:t>
      </w:r>
    </w:p>
    <w:p>
      <w:pPr>
        <w:pStyle w:val="ListNumber"/>
      </w:pPr>
      <w:r>
        <w:t>Don't panic if asked difficult questions — take a breath and answer honestly.</w:t>
      </w:r>
    </w:p>
    <w:p>
      <w:pPr>
        <w:pStyle w:val="Heading2"/>
      </w:pPr>
      <w:r>
        <w:rPr>
          <w:color w:val="0F2A4A"/>
        </w:rPr>
        <w:t>Common Interview Questions &amp; Sample Answers</w:t>
      </w:r>
    </w:p>
    <w:p>
      <w:pPr>
        <w:pStyle w:val="Heading3"/>
      </w:pPr>
      <w:r>
        <w:rPr>
          <w:color w:val="1A3A5C"/>
        </w:rPr>
        <w:t>1. What is the purpose of your visit?</w:t>
      </w:r>
    </w:p>
    <w:p>
      <w:pPr>
        <w:spacing w:after="160"/>
      </w:pPr>
      <w:r>
        <w:t>Why they ask: To verify your stated purpose matches your application.</w:t>
      </w:r>
    </w:p>
    <w:p>
      <w:pPr>
        <w:spacing w:after="160"/>
      </w:pPr>
      <w:r>
        <w:t>Sample answer: 'I'm visiting [Country] for a two-week holiday. I plan to visit [City 1] and [City 2] to see [specific attractions]. I've always wanted to experience [something specific about the country].'</w:t>
      </w:r>
    </w:p>
    <w:p>
      <w:pPr>
        <w:spacing w:after="160"/>
      </w:pPr>
      <w:r>
        <w:t>Tip: Be specific. 'Tourism' alone is weak. Mention specific places, activities, or reasons.</w:t>
      </w:r>
    </w:p>
    <w:p>
      <w:pPr>
        <w:pStyle w:val="Heading3"/>
      </w:pPr>
      <w:r>
        <w:rPr>
          <w:color w:val="1A3A5C"/>
        </w:rPr>
        <w:t>2. How long will you stay?</w:t>
      </w:r>
    </w:p>
    <w:p>
      <w:pPr>
        <w:spacing w:after="160"/>
      </w:pPr>
      <w:r>
        <w:t>Why they ask: To check if your stay duration is reasonable for your purpose.</w:t>
      </w:r>
    </w:p>
    <w:p>
      <w:pPr>
        <w:spacing w:after="160"/>
      </w:pPr>
      <w:r>
        <w:t>Sample answer: 'I'll be staying for [X] days, from [date] to [date]. I have a return flight booked for [return date].'</w:t>
      </w:r>
    </w:p>
    <w:p>
      <w:pPr>
        <w:spacing w:after="160"/>
      </w:pPr>
      <w:r>
        <w:t>Tip: Keep it short and match your itinerary exactly.</w:t>
      </w:r>
    </w:p>
    <w:p>
      <w:pPr>
        <w:pStyle w:val="Heading3"/>
      </w:pPr>
      <w:r>
        <w:rPr>
          <w:color w:val="1A3A5C"/>
        </w:rPr>
        <w:t>3. Who is funding your trip?</w:t>
      </w:r>
    </w:p>
    <w:p>
      <w:pPr>
        <w:spacing w:after="160"/>
      </w:pPr>
      <w:r>
        <w:t>Why they ask: To verify you won't become a financial burden.</w:t>
      </w:r>
    </w:p>
    <w:p>
      <w:pPr>
        <w:spacing w:after="160"/>
      </w:pPr>
      <w:r>
        <w:t>Sample answer: 'I am funding the trip myself. I work as [job title] at [company] and earn [salary] per month. I have [amount] in my bank account, which is more than sufficient for this trip.'</w:t>
      </w:r>
    </w:p>
    <w:p>
      <w:pPr>
        <w:spacing w:after="160"/>
      </w:pPr>
      <w:r>
        <w:t>Tip: If sponsored, state the relationship clearly and have their financial documents ready.</w:t>
      </w:r>
    </w:p>
    <w:p>
      <w:pPr>
        <w:pStyle w:val="Heading3"/>
      </w:pPr>
      <w:r>
        <w:rPr>
          <w:color w:val="1A3A5C"/>
        </w:rPr>
        <w:t>4. What do you do for a living?</w:t>
      </w:r>
    </w:p>
    <w:p>
      <w:pPr>
        <w:spacing w:after="160"/>
      </w:pPr>
      <w:r>
        <w:t>Why they ask: To assess your ties to your home country and financial stability.</w:t>
      </w:r>
    </w:p>
    <w:p>
      <w:pPr>
        <w:spacing w:after="160"/>
      </w:pPr>
      <w:r>
        <w:t>Sample answer: 'I am a [job title] at [company name]. I've been working there for [duration]. My monthly salary is [amount].'</w:t>
      </w:r>
    </w:p>
    <w:p>
      <w:pPr>
        <w:pStyle w:val="Heading3"/>
      </w:pPr>
      <w:r>
        <w:rPr>
          <w:color w:val="1A3A5C"/>
        </w:rPr>
        <w:t>5. Do you have family in [destination country]?</w:t>
      </w:r>
    </w:p>
    <w:p>
      <w:pPr>
        <w:spacing w:after="160"/>
      </w:pPr>
      <w:r>
        <w:t>Why they ask: To assess potential immigration risk.</w:t>
      </w:r>
    </w:p>
    <w:p>
      <w:pPr>
        <w:spacing w:after="160"/>
      </w:pPr>
      <w:r>
        <w:t>If yes: 'Yes, my [relationship] lives there. I'm visiting them, but I will return because my [job/family/home] is in [home country].'</w:t>
      </w:r>
    </w:p>
    <w:p>
      <w:pPr>
        <w:spacing w:after="160"/>
      </w:pPr>
      <w:r>
        <w:t>If no: 'No, I don't have any family there. I'm visiting purely for tourism.'</w:t>
      </w:r>
    </w:p>
    <w:p>
      <w:pPr>
        <w:pStyle w:val="Heading3"/>
      </w:pPr>
      <w:r>
        <w:rPr>
          <w:color w:val="1A3A5C"/>
        </w:rPr>
        <w:t>6. Have you been to [country] before? / Have you travelled internationally?</w:t>
      </w:r>
    </w:p>
    <w:p>
      <w:pPr>
        <w:spacing w:after="160"/>
      </w:pPr>
      <w:r>
        <w:t>Why they ask: Previous travel history builds credibility.</w:t>
      </w:r>
    </w:p>
    <w:p>
      <w:pPr>
        <w:spacing w:after="160"/>
      </w:pPr>
      <w:r>
        <w:t>Sample answer: 'Yes, I've visited [countries] in [years]. I returned on time from all trips.' Or: 'This is my first international trip. I'm very excited to experience [country] and have planned my trip carefully.'</w:t>
      </w:r>
    </w:p>
    <w:p>
      <w:pPr>
        <w:pStyle w:val="Heading3"/>
      </w:pPr>
      <w:r>
        <w:rPr>
          <w:color w:val="1A3A5C"/>
        </w:rPr>
        <w:t>7. Why should we believe you will return?</w:t>
      </w:r>
    </w:p>
    <w:p>
      <w:pPr>
        <w:spacing w:after="160"/>
      </w:pPr>
      <w:r>
        <w:t>Why they ask: This is the MOST important question. They need to be convinced.</w:t>
      </w:r>
    </w:p>
    <w:p>
      <w:pPr>
        <w:spacing w:after="160"/>
      </w:pPr>
      <w:r>
        <w:t>Sample answer: 'I have a permanent job at [company] that I've held for [years]. I own a [property/business] in [city]. My [spouse/children/parents] are here. I have strong reasons to return, and I'm only visiting for [short duration].'</w:t>
      </w:r>
    </w:p>
    <w:p>
      <w:pPr>
        <w:spacing w:after="160"/>
      </w:pPr>
      <w:r>
        <w:t>Tip: Mention as many ties as possible — employment, property, family, education, business.</w:t>
      </w:r>
    </w:p>
    <w:p>
      <w:pPr>
        <w:pStyle w:val="Heading3"/>
      </w:pPr>
      <w:r>
        <w:rPr>
          <w:color w:val="1A3A5C"/>
        </w:rPr>
        <w:t>8. Where will you stay?</w:t>
      </w:r>
    </w:p>
    <w:p>
      <w:pPr>
        <w:spacing w:after="160"/>
      </w:pPr>
      <w:r>
        <w:t>Sample answer: 'I'll be staying at [Hotel Name] in [City] for the first [X] nights, then at [Hotel/Host] in [City] for the remaining [X] nights. I have all booking confirmations here.' [Show the document.]</w:t>
      </w:r>
    </w:p>
    <w:p>
      <w:pPr>
        <w:pStyle w:val="Heading3"/>
      </w:pPr>
      <w:r>
        <w:rPr>
          <w:color w:val="1A3A5C"/>
        </w:rPr>
        <w:t>9. How much money are you carrying / How much do you have in your account?</w:t>
      </w:r>
    </w:p>
    <w:p>
      <w:pPr>
        <w:spacing w:after="160"/>
      </w:pPr>
      <w:r>
        <w:t>Sample answer: 'I have [amount] in my savings account and [amount] in my current account. I also have a credit card with a [limit] available. My total budget for this trip is approximately [amount].'</w:t>
      </w:r>
    </w:p>
    <w:p>
      <w:pPr>
        <w:pStyle w:val="Heading2"/>
      </w:pPr>
      <w:r>
        <w:rPr>
          <w:color w:val="0F2A4A"/>
        </w:rPr>
        <w:t>Country-Specific Interview Notes</w:t>
      </w:r>
    </w:p>
    <w:p>
      <w:pPr>
        <w:pStyle w:val="Heading3"/>
      </w:pPr>
      <w:r>
        <w:rPr>
          <w:color w:val="1A3A5C"/>
        </w:rPr>
        <w:t>US Embassy Interview (B1/B2)</w:t>
      </w:r>
    </w:p>
    <w:p>
      <w:pPr>
        <w:pStyle w:val="ListBullet"/>
      </w:pPr>
      <w:r>
        <w:t>Interviews are typically 2-5 minutes long</w:t>
      </w:r>
    </w:p>
    <w:p>
      <w:pPr>
        <w:pStyle w:val="ListBullet"/>
      </w:pPr>
      <w:r>
        <w:t>The officer may not ask to see all your documents — but have everything ready</w:t>
      </w:r>
    </w:p>
    <w:p>
      <w:pPr>
        <w:pStyle w:val="ListBullet"/>
      </w:pPr>
      <w:r>
        <w:t>Focus on demonstrating strong ties to your home country</w:t>
      </w:r>
    </w:p>
    <w:p>
      <w:pPr>
        <w:pStyle w:val="ListBullet"/>
      </w:pPr>
      <w:r>
        <w:t>Do NOT mention any intention to work, study, or stay long-term</w:t>
      </w:r>
    </w:p>
    <w:p>
      <w:pPr>
        <w:pStyle w:val="Heading3"/>
      </w:pPr>
      <w:r>
        <w:rPr>
          <w:color w:val="1A3A5C"/>
        </w:rPr>
        <w:t>Schengen Visa Interview</w:t>
      </w:r>
    </w:p>
    <w:p>
      <w:pPr>
        <w:pStyle w:val="ListBullet"/>
      </w:pPr>
      <w:r>
        <w:t>Not all applicants are interviewed — some are approved on documents alone</w:t>
      </w:r>
    </w:p>
    <w:p>
      <w:pPr>
        <w:pStyle w:val="ListBullet"/>
      </w:pPr>
      <w:r>
        <w:t>If called for an interview, it usually happens at the biometrics appointment</w:t>
      </w:r>
    </w:p>
    <w:p>
      <w:pPr>
        <w:pStyle w:val="ListBullet"/>
      </w:pPr>
      <w:r>
        <w:t>Be prepared to explain your itinerary in detail</w:t>
      </w:r>
    </w:p>
    <w:p>
      <w:pPr>
        <w:pStyle w:val="ListBullet"/>
      </w:pPr>
      <w:r>
        <w:t>Show you have travel insurance covering EUR 30,000 minimum</w:t>
      </w:r>
    </w:p>
    <w:p>
      <w:pPr>
        <w:pStyle w:val="Heading3"/>
      </w:pPr>
      <w:r>
        <w:rPr>
          <w:color w:val="1A3A5C"/>
        </w:rPr>
        <w:t>UK Visa</w:t>
      </w:r>
    </w:p>
    <w:p>
      <w:pPr>
        <w:pStyle w:val="ListBullet"/>
      </w:pPr>
      <w:r>
        <w:t>Most UK visa applications don't require an in-person interview</w:t>
      </w:r>
    </w:p>
    <w:p>
      <w:pPr>
        <w:pStyle w:val="ListBullet"/>
      </w:pPr>
      <w:r>
        <w:t>Your application form and documents speak for you</w:t>
      </w:r>
    </w:p>
    <w:p>
      <w:pPr>
        <w:pStyle w:val="ListBullet"/>
      </w:pPr>
      <w:r>
        <w:t>Focus on making your written application thorough and clear</w:t>
      </w:r>
    </w:p>
    <w:p>
      <w:pPr>
        <w:pStyle w:val="Heading3"/>
      </w:pPr>
      <w:r>
        <w:rPr>
          <w:color w:val="1A3A5C"/>
        </w:rPr>
        <w:t>Canada Visa</w:t>
      </w:r>
    </w:p>
    <w:p>
      <w:pPr>
        <w:pStyle w:val="ListBullet"/>
      </w:pPr>
      <w:r>
        <w:t>Most applications are processed without an interview</w:t>
      </w:r>
    </w:p>
    <w:p>
      <w:pPr>
        <w:pStyle w:val="ListBullet"/>
      </w:pPr>
      <w:r>
        <w:t>If called, similar questions to the US interview</w:t>
      </w:r>
    </w:p>
    <w:p>
      <w:pPr>
        <w:pStyle w:val="ListBullet"/>
      </w:pPr>
      <w:r>
        <w:t>Emphasise your travel history and ties to home country</w:t>
      </w:r>
    </w:p>
    <w:p>
      <w:pPr>
        <w:pStyle w:val="Heading2"/>
      </w:pPr>
      <w:r>
        <w:rPr>
          <w:color w:val="0F2A4A"/>
        </w:rPr>
        <w:t>Red Flags That Can Hurt Your Application</w:t>
      </w:r>
    </w:p>
    <w:p>
      <w:pPr>
        <w:pStyle w:val="ListBullet"/>
      </w:pPr>
      <w:r>
        <w:t>Memorised, scripted answers — speak naturally</w:t>
      </w:r>
    </w:p>
    <w:p>
      <w:pPr>
        <w:pStyle w:val="ListBullet"/>
      </w:pPr>
      <w:r>
        <w:t>Contradicting information on your application form</w:t>
      </w:r>
    </w:p>
    <w:p>
      <w:pPr>
        <w:pStyle w:val="ListBullet"/>
      </w:pPr>
      <w:r>
        <w:t>Appearing nervous or evasive</w:t>
      </w:r>
    </w:p>
    <w:p>
      <w:pPr>
        <w:pStyle w:val="ListBullet"/>
      </w:pPr>
      <w:r>
        <w:t>Bringing a 'helper' or having someone coach you outside</w:t>
      </w:r>
    </w:p>
    <w:p>
      <w:pPr>
        <w:pStyle w:val="ListBullet"/>
      </w:pPr>
      <w:r>
        <w:t>Large unexplained cash deposits in your bank account</w:t>
      </w:r>
    </w:p>
    <w:p>
      <w:pPr>
        <w:pStyle w:val="ListBullet"/>
      </w:pPr>
      <w:r>
        <w:t>Lack of specificity about your travel plans</w:t>
      </w:r>
    </w:p>
    <w:p>
      <w:pPr>
        <w:pStyle w:val="ListBullet"/>
      </w:pPr>
      <w:r>
        <w:t>No clear reason to return to your home country</w:t>
      </w:r>
    </w:p>
    <w:p>
      <w:pPr>
        <w:pStyle w:val="Heading2"/>
      </w:pPr>
      <w:r>
        <w:rPr>
          <w:color w:val="0F2A4A"/>
        </w:rPr>
        <w:t>After the Interview</w:t>
      </w:r>
    </w:p>
    <w:p>
      <w:pPr>
        <w:pStyle w:val="ListBullet"/>
      </w:pPr>
      <w:r>
        <w:t>If approved: Congratulations! Your visa will be stamped in your passport.</w:t>
      </w:r>
    </w:p>
    <w:p>
      <w:pPr>
        <w:pStyle w:val="ListBullet"/>
      </w:pPr>
      <w:r>
        <w:t>If under 'administrative processing': This is normal. Wait for the email notification.</w:t>
      </w:r>
    </w:p>
    <w:p>
      <w:pPr>
        <w:pStyle w:val="ListBullet"/>
      </w:pPr>
      <w:r>
        <w:t>If refused: You will receive a refusal letter explaining the reasons. You can reapply after addressing the issues raised.</w:t>
      </w:r>
    </w:p>
    <w:p/>
    <w:p>
      <w:r>
        <w:t>————————————————————————————————————————</w:t>
      </w:r>
    </w:p>
    <w:p>
      <w:r>
        <w:rPr>
          <w:color w:val="0D9488"/>
          <w:sz w:val="18"/>
        </w:rPr>
        <w:t>This template is provided free of charge by MyDummyTicket.com</w:t>
        <w:br/>
      </w:r>
      <w:r>
        <w:rPr>
          <w:color w:val="555555"/>
          <w:sz w:val="18"/>
        </w:rPr>
        <w:t>Need a verifiable flight reservation for your visa? Visit https://mydummyticket.com</w:t>
        <w:br/>
      </w:r>
      <w:r>
        <w:rPr>
          <w:i/>
          <w:color w:val="AAAAAA"/>
          <w:sz w:val="16"/>
        </w:rPr>
        <w:t>Disclaimer: This template is for guidance only. Requirements vary by embassy and country. Always verify current requirements with the specific consulate or embassy you are applying 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